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EA06D" w14:textId="77777777" w:rsidR="0054066B" w:rsidRPr="000D7A05" w:rsidRDefault="00CF4687" w:rsidP="00901538">
      <w:pPr>
        <w:pStyle w:val="RESLAARTTitleEN"/>
        <w:rPr>
          <w:lang w:val="en-GB"/>
        </w:rPr>
      </w:pPr>
      <w:proofErr w:type="spellStart"/>
      <w:r w:rsidRPr="000D7A05">
        <w:rPr>
          <w:lang w:val="en-GB"/>
        </w:rPr>
        <w:t>RESLA_ART_Title_EN</w:t>
      </w:r>
      <w:proofErr w:type="spellEnd"/>
    </w:p>
    <w:p w14:paraId="1B1D4C98" w14:textId="77777777" w:rsidR="0054066B" w:rsidRPr="00CF4687" w:rsidRDefault="00CF4687">
      <w:pPr>
        <w:pStyle w:val="RESLAARTByline"/>
        <w:rPr>
          <w:lang w:val="en-GB"/>
        </w:rPr>
      </w:pPr>
      <w:r w:rsidRPr="00CF4687">
        <w:rPr>
          <w:lang w:val="en-GB"/>
        </w:rPr>
        <w:t>Resla_article_byline</w:t>
      </w:r>
      <w:r w:rsidR="0096067D" w:rsidRPr="00CF4687">
        <w:rPr>
          <w:lang w:val="en-GB"/>
        </w:rPr>
        <w:t xml:space="preserve">¹; </w:t>
      </w:r>
      <w:proofErr w:type="spellStart"/>
      <w:r w:rsidRPr="00CF4687">
        <w:rPr>
          <w:lang w:val="en-GB"/>
        </w:rPr>
        <w:t>Resla_article_byline</w:t>
      </w:r>
      <w:proofErr w:type="spellEnd"/>
      <w:r w:rsidRPr="00CF4687">
        <w:rPr>
          <w:lang w:val="en-GB"/>
        </w:rPr>
        <w:t xml:space="preserve"> </w:t>
      </w:r>
      <w:r w:rsidR="0096067D" w:rsidRPr="00CF4687">
        <w:rPr>
          <w:lang w:val="en-GB"/>
        </w:rPr>
        <w:t>²</w:t>
      </w:r>
    </w:p>
    <w:p w14:paraId="4E101246" w14:textId="77777777" w:rsidR="000C1378" w:rsidRPr="00CF4687" w:rsidRDefault="00000000" w:rsidP="000C1378">
      <w:pPr>
        <w:pStyle w:val="RESLAARTAffiliation"/>
        <w:spacing w:after="0"/>
        <w:rPr>
          <w:lang w:val="en-GB"/>
        </w:rPr>
      </w:pPr>
      <w:r w:rsidRPr="00CF4687">
        <w:rPr>
          <w:lang w:val="en-GB"/>
        </w:rPr>
        <w:t xml:space="preserve">¹ </w:t>
      </w:r>
      <w:r w:rsidR="00CF4687" w:rsidRPr="00CF4687">
        <w:rPr>
          <w:lang w:val="en-GB"/>
        </w:rPr>
        <w:t>University</w:t>
      </w:r>
      <w:r w:rsidRPr="00CF4687">
        <w:rPr>
          <w:lang w:val="en-GB"/>
        </w:rPr>
        <w:t xml:space="preserve">, </w:t>
      </w:r>
      <w:r w:rsidR="00CF4687" w:rsidRPr="00CF4687">
        <w:rPr>
          <w:lang w:val="en-GB"/>
        </w:rPr>
        <w:t>City</w:t>
      </w:r>
      <w:r w:rsidRPr="00CF4687">
        <w:rPr>
          <w:lang w:val="en-GB"/>
        </w:rPr>
        <w:t xml:space="preserve">, </w:t>
      </w:r>
      <w:r w:rsidR="00CF4687" w:rsidRPr="00CF4687">
        <w:t>Country</w:t>
      </w:r>
      <w:r w:rsidR="00CF4687">
        <w:t xml:space="preserve"> (</w:t>
      </w:r>
      <w:proofErr w:type="spellStart"/>
      <w:r w:rsidR="00CF4687">
        <w:t>RESLA_ART_Affiliation</w:t>
      </w:r>
      <w:proofErr w:type="spellEnd"/>
      <w:r w:rsidR="00CF4687">
        <w:t>)</w:t>
      </w:r>
      <w:r w:rsidRPr="00CF4687">
        <w:rPr>
          <w:lang w:val="en-GB"/>
        </w:rPr>
        <w:t xml:space="preserve"> | ORCID: </w:t>
      </w:r>
      <w:r w:rsidR="000C1378" w:rsidRPr="00CF4687">
        <w:rPr>
          <w:lang w:val="en-GB"/>
        </w:rPr>
        <w:t>0000-</w:t>
      </w:r>
      <w:r w:rsidR="00CF4687" w:rsidRPr="00CF4687">
        <w:rPr>
          <w:lang w:val="en-GB"/>
        </w:rPr>
        <w:t>0000</w:t>
      </w:r>
      <w:r w:rsidR="000C1378" w:rsidRPr="00CF4687">
        <w:rPr>
          <w:lang w:val="en-GB"/>
        </w:rPr>
        <w:t>-</w:t>
      </w:r>
      <w:r w:rsidR="00CF4687" w:rsidRPr="00CF4687">
        <w:rPr>
          <w:lang w:val="en-GB"/>
        </w:rPr>
        <w:t>0000</w:t>
      </w:r>
      <w:r w:rsidR="000C1378" w:rsidRPr="00CF4687">
        <w:rPr>
          <w:lang w:val="en-GB"/>
        </w:rPr>
        <w:t>-</w:t>
      </w:r>
      <w:r w:rsidR="00CF4687" w:rsidRPr="00CF4687">
        <w:rPr>
          <w:lang w:val="en-GB"/>
        </w:rPr>
        <w:t>0000</w:t>
      </w:r>
    </w:p>
    <w:p w14:paraId="5999E3F7" w14:textId="77777777" w:rsidR="000C1378" w:rsidRPr="00CF4687" w:rsidRDefault="00000000" w:rsidP="000C1378">
      <w:pPr>
        <w:pStyle w:val="RESLAARTAffiliation"/>
        <w:rPr>
          <w:rFonts w:ascii="Times New Roman" w:hAnsi="Times New Roman" w:cs="Times New Roman"/>
          <w:noProof/>
          <w:lang w:val="en-GB"/>
        </w:rPr>
      </w:pPr>
      <w:r w:rsidRPr="00CF4687">
        <w:rPr>
          <w:lang w:val="en-GB"/>
        </w:rPr>
        <w:t xml:space="preserve">² </w:t>
      </w:r>
      <w:r w:rsidR="00CF4687" w:rsidRPr="00CF4687">
        <w:rPr>
          <w:lang w:val="en-GB"/>
        </w:rPr>
        <w:t xml:space="preserve">University, City, </w:t>
      </w:r>
      <w:r w:rsidR="00CF4687">
        <w:rPr>
          <w:lang w:val="en-GB"/>
        </w:rPr>
        <w:t>Country</w:t>
      </w:r>
      <w:r w:rsidRPr="00CF4687">
        <w:rPr>
          <w:lang w:val="en-GB"/>
        </w:rPr>
        <w:t xml:space="preserve"> | ORCID: </w:t>
      </w:r>
      <w:r w:rsidR="000C1378" w:rsidRPr="00CF4687">
        <w:rPr>
          <w:rFonts w:ascii="Times New Roman" w:hAnsi="Times New Roman" w:cs="Times New Roman"/>
          <w:noProof/>
          <w:lang w:val="en-GB"/>
        </w:rPr>
        <w:t>0000-</w:t>
      </w:r>
      <w:r w:rsidR="00CF4687" w:rsidRPr="00CF4687">
        <w:rPr>
          <w:lang w:val="en-GB"/>
        </w:rPr>
        <w:t>0000</w:t>
      </w:r>
      <w:r w:rsidR="000C1378" w:rsidRPr="00CF4687">
        <w:rPr>
          <w:rFonts w:ascii="Times New Roman" w:hAnsi="Times New Roman" w:cs="Times New Roman"/>
          <w:noProof/>
          <w:lang w:val="en-GB"/>
        </w:rPr>
        <w:t>-</w:t>
      </w:r>
      <w:r w:rsidR="00CF4687" w:rsidRPr="00CF4687">
        <w:rPr>
          <w:lang w:val="en-GB"/>
        </w:rPr>
        <w:t>0000</w:t>
      </w:r>
      <w:r w:rsidR="000C1378" w:rsidRPr="00CF4687">
        <w:rPr>
          <w:rFonts w:ascii="Times New Roman" w:hAnsi="Times New Roman" w:cs="Times New Roman"/>
          <w:noProof/>
          <w:lang w:val="en-GB"/>
        </w:rPr>
        <w:t>-</w:t>
      </w:r>
      <w:r w:rsidR="00CF4687" w:rsidRPr="00CF4687">
        <w:rPr>
          <w:lang w:val="en-GB"/>
        </w:rPr>
        <w:t>0000</w:t>
      </w:r>
    </w:p>
    <w:p w14:paraId="7FCB6114" w14:textId="77777777" w:rsidR="0054066B" w:rsidRPr="000D7A05" w:rsidRDefault="00000000" w:rsidP="000C1378">
      <w:pPr>
        <w:pStyle w:val="RESLAARTAffiliation"/>
        <w:rPr>
          <w:lang w:val="en-GB"/>
        </w:rPr>
      </w:pPr>
      <w:r w:rsidRPr="000D7A05">
        <w:rPr>
          <w:lang w:val="en-GB"/>
        </w:rPr>
        <w:t xml:space="preserve">Corresponding author: </w:t>
      </w:r>
      <w:hyperlink r:id="rId8" w:tooltip="email" w:history="1">
        <w:r w:rsidR="00CF4687" w:rsidRPr="000D7A05">
          <w:rPr>
            <w:rStyle w:val="Hyperlink"/>
            <w:lang w:val="en-GB"/>
          </w:rPr>
          <w:t>email</w:t>
        </w:r>
      </w:hyperlink>
    </w:p>
    <w:p w14:paraId="3858411D" w14:textId="77777777" w:rsidR="0054066B" w:rsidRPr="002D586F" w:rsidRDefault="004548AF" w:rsidP="00901538">
      <w:pPr>
        <w:pStyle w:val="RESLAABSLabel"/>
      </w:pPr>
      <w:r w:rsidRPr="00901538">
        <w:t>RESUMEN</w:t>
      </w:r>
      <w:r w:rsidR="009D7C11">
        <w:t xml:space="preserve"> [</w:t>
      </w:r>
      <w:proofErr w:type="spellStart"/>
      <w:r w:rsidR="009D7C11" w:rsidRPr="009D7C11">
        <w:t>RESLA_ABS_Label</w:t>
      </w:r>
      <w:proofErr w:type="spellEnd"/>
      <w:r w:rsidR="009D7C11">
        <w:t>]</w:t>
      </w:r>
    </w:p>
    <w:p w14:paraId="2CC6D153" w14:textId="77777777" w:rsidR="0054066B" w:rsidRDefault="009D7C11" w:rsidP="005F72F5">
      <w:pPr>
        <w:pStyle w:val="RESLAABSText"/>
      </w:pPr>
      <w:proofErr w:type="spellStart"/>
      <w:r w:rsidRPr="009D7C11">
        <w:t>RESLA_ABS_Text</w:t>
      </w:r>
      <w:proofErr w:type="spellEnd"/>
      <w:r w:rsidR="004548AF" w:rsidRPr="004548AF">
        <w:t>.</w:t>
      </w:r>
    </w:p>
    <w:p w14:paraId="6259242F" w14:textId="77777777" w:rsidR="004548AF" w:rsidRPr="00901538" w:rsidRDefault="004548AF" w:rsidP="00901538">
      <w:pPr>
        <w:pStyle w:val="RESLAKEYLabelES"/>
      </w:pPr>
      <w:r w:rsidRPr="00901538">
        <w:t>PALABRAS CLAVE</w:t>
      </w:r>
      <w:r w:rsidR="009D7C11">
        <w:t xml:space="preserve"> [</w:t>
      </w:r>
      <w:proofErr w:type="spellStart"/>
      <w:r w:rsidR="009D7C11" w:rsidRPr="009D7C11">
        <w:t>RESLA_</w:t>
      </w:r>
      <w:r w:rsidR="009D7C11">
        <w:t>KEY</w:t>
      </w:r>
      <w:r w:rsidR="009D7C11" w:rsidRPr="009D7C11">
        <w:t>_Label</w:t>
      </w:r>
      <w:r w:rsidR="009D7C11">
        <w:t>_ES</w:t>
      </w:r>
      <w:proofErr w:type="spellEnd"/>
      <w:r w:rsidR="009D7C11">
        <w:t>]</w:t>
      </w:r>
    </w:p>
    <w:p w14:paraId="10CE0069" w14:textId="77777777" w:rsidR="004548AF" w:rsidRPr="009D7C11" w:rsidRDefault="009D7C11" w:rsidP="005F72F5">
      <w:pPr>
        <w:pStyle w:val="RESLAABSText"/>
        <w:rPr>
          <w:i/>
          <w:iCs/>
          <w:lang w:val="en-GB"/>
        </w:rPr>
      </w:pPr>
      <w:r w:rsidRPr="009D7C11">
        <w:rPr>
          <w:lang w:val="en-GB"/>
        </w:rPr>
        <w:t>separate words using commas [</w:t>
      </w:r>
      <w:proofErr w:type="spellStart"/>
      <w:r w:rsidRPr="009D7C11">
        <w:rPr>
          <w:lang w:val="en-GB"/>
        </w:rPr>
        <w:t>RESLA_ABS_Text</w:t>
      </w:r>
      <w:proofErr w:type="spellEnd"/>
      <w:r w:rsidRPr="009D7C11">
        <w:rPr>
          <w:lang w:val="en-GB"/>
        </w:rPr>
        <w:t>]</w:t>
      </w:r>
    </w:p>
    <w:p w14:paraId="49F26DBF" w14:textId="77777777" w:rsidR="000A3251" w:rsidRPr="009D7C11" w:rsidRDefault="000A3251" w:rsidP="005F72F5">
      <w:pPr>
        <w:pStyle w:val="RESLAABSText"/>
        <w:rPr>
          <w:lang w:val="en-GB"/>
        </w:rPr>
      </w:pPr>
    </w:p>
    <w:p w14:paraId="74691BAA" w14:textId="77777777" w:rsidR="0054066B" w:rsidRPr="000D7A05" w:rsidRDefault="009D7C11" w:rsidP="00901538">
      <w:pPr>
        <w:pStyle w:val="RESLAARTTitleES"/>
        <w:rPr>
          <w:i/>
          <w:lang w:val="es-ES"/>
        </w:rPr>
      </w:pPr>
      <w:proofErr w:type="spellStart"/>
      <w:r w:rsidRPr="000D7A05">
        <w:rPr>
          <w:lang w:val="es-ES"/>
        </w:rPr>
        <w:t>RESLA_ART_Title_ES</w:t>
      </w:r>
      <w:proofErr w:type="spellEnd"/>
    </w:p>
    <w:p w14:paraId="7F573C72" w14:textId="77777777" w:rsidR="004548AF" w:rsidRPr="00901538" w:rsidRDefault="004548AF" w:rsidP="00901538">
      <w:pPr>
        <w:pStyle w:val="RESLAABSLabel"/>
      </w:pPr>
      <w:r w:rsidRPr="00901538">
        <w:t>ABSTRACT</w:t>
      </w:r>
      <w:r w:rsidR="009D7C11">
        <w:t xml:space="preserve"> </w:t>
      </w:r>
      <w:r w:rsidR="009D7C11" w:rsidRPr="009D7C11">
        <w:t>[RESLA_ABS_LABEL]</w:t>
      </w:r>
    </w:p>
    <w:p w14:paraId="50B6CCA3" w14:textId="77777777" w:rsidR="004548AF" w:rsidRPr="000D7A05" w:rsidRDefault="009D7C11" w:rsidP="005F72F5">
      <w:pPr>
        <w:pStyle w:val="RESLAABSText"/>
      </w:pPr>
      <w:proofErr w:type="spellStart"/>
      <w:r w:rsidRPr="000D7A05">
        <w:t>RESLA_ABS_Text</w:t>
      </w:r>
      <w:proofErr w:type="spellEnd"/>
    </w:p>
    <w:p w14:paraId="0FD5605C" w14:textId="77777777" w:rsidR="004548AF" w:rsidRPr="009D7C11" w:rsidRDefault="004548AF" w:rsidP="00901538">
      <w:pPr>
        <w:pStyle w:val="RESLAKEYLabelEN"/>
        <w:rPr>
          <w:lang w:val="es-ES"/>
        </w:rPr>
      </w:pPr>
      <w:r w:rsidRPr="009D7C11">
        <w:rPr>
          <w:lang w:val="es-ES"/>
        </w:rPr>
        <w:t>KEYWORDS</w:t>
      </w:r>
      <w:r w:rsidR="009D7C11" w:rsidRPr="009D7C11">
        <w:rPr>
          <w:lang w:val="es-ES"/>
        </w:rPr>
        <w:t xml:space="preserve"> [RESLA_ABS_LABEL_EN]</w:t>
      </w:r>
    </w:p>
    <w:p w14:paraId="07DE666B" w14:textId="77777777" w:rsidR="004548AF" w:rsidRDefault="009F00B3" w:rsidP="004548AF">
      <w:pPr>
        <w:pStyle w:val="RESLAKEYLineEN"/>
        <w:rPr>
          <w:i/>
          <w:iCs/>
          <w:lang w:val="en-GB"/>
        </w:rPr>
      </w:pPr>
      <w:proofErr w:type="spellStart"/>
      <w:r w:rsidRPr="009F00B3">
        <w:rPr>
          <w:i/>
          <w:iCs/>
          <w:lang w:val="en-GB"/>
        </w:rPr>
        <w:t>i</w:t>
      </w:r>
      <w:proofErr w:type="spellEnd"/>
      <w:r w:rsidRPr="009F00B3">
        <w:rPr>
          <w:i/>
          <w:iCs/>
          <w:lang w:val="en-GB"/>
        </w:rPr>
        <w:t>-level</w:t>
      </w:r>
      <w:r w:rsidRPr="009F00B3">
        <w:rPr>
          <w:lang w:val="en-GB"/>
        </w:rPr>
        <w:t xml:space="preserve"> adjectives, </w:t>
      </w:r>
      <w:r w:rsidRPr="009F00B3">
        <w:rPr>
          <w:i/>
          <w:iCs/>
          <w:lang w:val="en-GB"/>
        </w:rPr>
        <w:t>s-level</w:t>
      </w:r>
      <w:r w:rsidRPr="009F00B3">
        <w:rPr>
          <w:lang w:val="en-GB"/>
        </w:rPr>
        <w:t xml:space="preserve"> </w:t>
      </w:r>
      <w:proofErr w:type="spellStart"/>
      <w:r w:rsidRPr="009F00B3">
        <w:rPr>
          <w:lang w:val="en-GB"/>
        </w:rPr>
        <w:t>adjetives</w:t>
      </w:r>
      <w:proofErr w:type="spellEnd"/>
      <w:r w:rsidRPr="009F00B3">
        <w:rPr>
          <w:lang w:val="en-GB"/>
        </w:rPr>
        <w:t xml:space="preserve">, </w:t>
      </w:r>
      <w:proofErr w:type="spellStart"/>
      <w:r w:rsidRPr="009F00B3">
        <w:rPr>
          <w:lang w:val="en-GB"/>
        </w:rPr>
        <w:t>eventives</w:t>
      </w:r>
      <w:proofErr w:type="spellEnd"/>
      <w:r w:rsidRPr="009F00B3">
        <w:rPr>
          <w:lang w:val="en-GB"/>
        </w:rPr>
        <w:t xml:space="preserve"> nouns, non- </w:t>
      </w:r>
      <w:proofErr w:type="spellStart"/>
      <w:r w:rsidRPr="009F00B3">
        <w:rPr>
          <w:lang w:val="en-GB"/>
        </w:rPr>
        <w:t>eventives</w:t>
      </w:r>
      <w:proofErr w:type="spellEnd"/>
      <w:r w:rsidRPr="009F00B3">
        <w:rPr>
          <w:lang w:val="en-GB"/>
        </w:rPr>
        <w:t xml:space="preserve"> nouns, </w:t>
      </w:r>
      <w:r w:rsidRPr="009F00B3">
        <w:rPr>
          <w:i/>
          <w:iCs/>
          <w:lang w:val="en-GB"/>
        </w:rPr>
        <w:t>ser</w:t>
      </w:r>
      <w:r w:rsidRPr="009F00B3">
        <w:rPr>
          <w:lang w:val="en-GB"/>
        </w:rPr>
        <w:t xml:space="preserve">, </w:t>
      </w:r>
      <w:proofErr w:type="spellStart"/>
      <w:r w:rsidRPr="009F00B3">
        <w:rPr>
          <w:i/>
          <w:iCs/>
          <w:lang w:val="en-GB"/>
        </w:rPr>
        <w:t>estar</w:t>
      </w:r>
      <w:proofErr w:type="spellEnd"/>
    </w:p>
    <w:p w14:paraId="7A0BC4CD" w14:textId="77777777" w:rsidR="005F72F5" w:rsidRDefault="005F72F5">
      <w:pPr>
        <w:rPr>
          <w:rFonts w:ascii="Cambria" w:hAnsi="Cambria"/>
          <w:i/>
          <w:iCs/>
          <w:sz w:val="21"/>
          <w:lang w:val="en-GB"/>
        </w:rPr>
      </w:pPr>
      <w:r>
        <w:rPr>
          <w:i/>
          <w:iCs/>
          <w:lang w:val="en-GB"/>
        </w:rPr>
        <w:br w:type="page"/>
      </w:r>
    </w:p>
    <w:p w14:paraId="3089D393" w14:textId="77777777" w:rsidR="0054066B" w:rsidRPr="001F718D" w:rsidRDefault="00000000" w:rsidP="00E33785">
      <w:pPr>
        <w:pStyle w:val="RESLAH1Section"/>
        <w:rPr>
          <w:lang w:val="en-GB"/>
        </w:rPr>
      </w:pPr>
      <w:r w:rsidRPr="001F718D">
        <w:rPr>
          <w:lang w:val="en-GB"/>
        </w:rPr>
        <w:lastRenderedPageBreak/>
        <w:t xml:space="preserve">1. </w:t>
      </w:r>
      <w:r w:rsidR="001F718D" w:rsidRPr="001F718D">
        <w:rPr>
          <w:lang w:val="en-GB"/>
        </w:rPr>
        <w:t>RESLA_H1_Section</w:t>
      </w:r>
    </w:p>
    <w:p w14:paraId="328685D8" w14:textId="77777777" w:rsidR="004548AF" w:rsidRPr="001F718D" w:rsidRDefault="001F718D" w:rsidP="004548AF">
      <w:pPr>
        <w:pStyle w:val="RESLATXTBody"/>
        <w:rPr>
          <w:lang w:val="en-GB"/>
        </w:rPr>
      </w:pPr>
      <w:proofErr w:type="spellStart"/>
      <w:r w:rsidRPr="001F718D">
        <w:rPr>
          <w:lang w:val="en-GB"/>
        </w:rPr>
        <w:t>RESLA_TXT_Body</w:t>
      </w:r>
      <w:proofErr w:type="spellEnd"/>
      <w:r>
        <w:rPr>
          <w:rStyle w:val="FootnoteReference"/>
          <w:lang w:val="en-GB"/>
        </w:rPr>
        <w:footnoteReference w:id="1"/>
      </w:r>
    </w:p>
    <w:tbl>
      <w:tblPr>
        <w:tblStyle w:val="TableGrid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904"/>
      </w:tblGrid>
      <w:tr w:rsidR="004548AF" w:rsidRPr="001F718D" w14:paraId="36CE4E66" w14:textId="77777777" w:rsidTr="00F16A91">
        <w:tc>
          <w:tcPr>
            <w:tcW w:w="562" w:type="dxa"/>
          </w:tcPr>
          <w:p w14:paraId="6DC98855" w14:textId="77777777" w:rsidR="004548AF" w:rsidRPr="001F718D" w:rsidRDefault="004548AF" w:rsidP="001F718D">
            <w:pPr>
              <w:pStyle w:val="RESLAExample"/>
            </w:pPr>
            <w:r w:rsidRPr="001F718D">
              <w:t>(1)</w:t>
            </w:r>
          </w:p>
        </w:tc>
        <w:tc>
          <w:tcPr>
            <w:tcW w:w="3904" w:type="dxa"/>
          </w:tcPr>
          <w:p w14:paraId="67800F0D" w14:textId="77777777" w:rsidR="004548AF" w:rsidRPr="001F718D" w:rsidRDefault="001F718D" w:rsidP="001F718D">
            <w:pPr>
              <w:pStyle w:val="RESLAExample"/>
            </w:pPr>
            <w:proofErr w:type="spellStart"/>
            <w:r>
              <w:t>Example</w:t>
            </w:r>
            <w:proofErr w:type="spellEnd"/>
          </w:p>
        </w:tc>
      </w:tr>
      <w:tr w:rsidR="004548AF" w:rsidRPr="001F718D" w14:paraId="3A930190" w14:textId="77777777" w:rsidTr="00F16A91">
        <w:tc>
          <w:tcPr>
            <w:tcW w:w="562" w:type="dxa"/>
          </w:tcPr>
          <w:p w14:paraId="23A26F61" w14:textId="77777777" w:rsidR="004548AF" w:rsidRPr="001F718D" w:rsidRDefault="004548AF" w:rsidP="001F718D">
            <w:pPr>
              <w:pStyle w:val="RESLAExample"/>
            </w:pPr>
            <w:r w:rsidRPr="001F718D">
              <w:t>(2)</w:t>
            </w:r>
          </w:p>
        </w:tc>
        <w:tc>
          <w:tcPr>
            <w:tcW w:w="3904" w:type="dxa"/>
          </w:tcPr>
          <w:p w14:paraId="2997AB4A" w14:textId="77777777" w:rsidR="004548AF" w:rsidRPr="001F718D" w:rsidRDefault="001F718D" w:rsidP="001F718D">
            <w:pPr>
              <w:pStyle w:val="RESLAExample"/>
            </w:pPr>
            <w:proofErr w:type="spellStart"/>
            <w:r>
              <w:t>Example</w:t>
            </w:r>
            <w:proofErr w:type="spellEnd"/>
          </w:p>
        </w:tc>
      </w:tr>
    </w:tbl>
    <w:p w14:paraId="34AFB653" w14:textId="77777777" w:rsidR="004548AF" w:rsidRPr="004548AF" w:rsidRDefault="001F718D" w:rsidP="003B20CF">
      <w:pPr>
        <w:pStyle w:val="RESLATXTBodyAfterExample"/>
      </w:pPr>
      <w:proofErr w:type="spellStart"/>
      <w:r w:rsidRPr="001F718D">
        <w:t>RESLA_TXT_Body_After_Example</w:t>
      </w:r>
      <w:proofErr w:type="spellEnd"/>
      <w:r w:rsidR="004548AF" w:rsidRPr="004548AF">
        <w:t xml:space="preserve"> </w:t>
      </w:r>
    </w:p>
    <w:p w14:paraId="53F24CCB" w14:textId="77777777" w:rsidR="004548AF" w:rsidRPr="004548AF" w:rsidRDefault="001F718D" w:rsidP="004548AF">
      <w:pPr>
        <w:pStyle w:val="RESLATXTBody"/>
        <w:rPr>
          <w:lang w:val="es-ES"/>
        </w:rPr>
      </w:pPr>
      <w:proofErr w:type="spellStart"/>
      <w:r w:rsidRPr="001F718D">
        <w:rPr>
          <w:lang w:val="es-ES"/>
        </w:rPr>
        <w:t>RESLA_TXT_Body</w:t>
      </w:r>
      <w:proofErr w:type="spellEnd"/>
    </w:p>
    <w:p w14:paraId="1178DBE5" w14:textId="77777777" w:rsidR="0054066B" w:rsidRPr="001F718D" w:rsidRDefault="008C2685" w:rsidP="00E33785">
      <w:pPr>
        <w:pStyle w:val="RESLAH1Section"/>
        <w:rPr>
          <w:lang w:val="en-GB"/>
        </w:rPr>
      </w:pPr>
      <w:r w:rsidRPr="001F718D">
        <w:rPr>
          <w:lang w:val="en-GB"/>
        </w:rPr>
        <w:t xml:space="preserve">2. </w:t>
      </w:r>
      <w:r w:rsidR="001F718D" w:rsidRPr="001F718D">
        <w:rPr>
          <w:lang w:val="en-GB"/>
        </w:rPr>
        <w:t>RESLA_H1_Section</w:t>
      </w:r>
    </w:p>
    <w:p w14:paraId="649892FE" w14:textId="77777777" w:rsidR="008C2685" w:rsidRPr="001F718D" w:rsidRDefault="008C2685" w:rsidP="00EE7A36">
      <w:pPr>
        <w:pStyle w:val="RESLAH2Subsection"/>
        <w:rPr>
          <w:lang w:val="en-GB"/>
        </w:rPr>
      </w:pPr>
      <w:r w:rsidRPr="001F718D">
        <w:rPr>
          <w:lang w:val="en-GB"/>
        </w:rPr>
        <w:t xml:space="preserve">2.1 </w:t>
      </w:r>
      <w:r w:rsidR="001F718D" w:rsidRPr="001F718D">
        <w:rPr>
          <w:lang w:val="en-GB"/>
        </w:rPr>
        <w:t>RESLA_H2_Subsection</w:t>
      </w:r>
    </w:p>
    <w:p w14:paraId="4C4BF9F5" w14:textId="77777777" w:rsidR="008C2685" w:rsidRPr="008C2685" w:rsidRDefault="001F718D" w:rsidP="008C2685">
      <w:pPr>
        <w:pStyle w:val="RESLATXTBody"/>
        <w:rPr>
          <w:lang w:val="es-ES"/>
        </w:rPr>
      </w:pPr>
      <w:proofErr w:type="spellStart"/>
      <w:r w:rsidRPr="001F718D">
        <w:rPr>
          <w:lang w:val="es-ES"/>
        </w:rPr>
        <w:t>RESLA_TXT_Body</w:t>
      </w:r>
      <w:proofErr w:type="spellEnd"/>
    </w:p>
    <w:p w14:paraId="19C1041F" w14:textId="77777777" w:rsidR="008C2685" w:rsidRPr="00E33785" w:rsidRDefault="008C2685" w:rsidP="00E33785">
      <w:pPr>
        <w:pStyle w:val="RESLAH3Subsub"/>
      </w:pPr>
      <w:r w:rsidRPr="00E33785">
        <w:t xml:space="preserve">3.1.1 </w:t>
      </w:r>
      <w:r w:rsidR="001F718D" w:rsidRPr="001F718D">
        <w:t>RESLA_H3_Subsub</w:t>
      </w:r>
    </w:p>
    <w:p w14:paraId="1CC7E41E" w14:textId="77777777" w:rsidR="008C2685" w:rsidRPr="00E33785" w:rsidRDefault="008C2685" w:rsidP="00E33785">
      <w:pPr>
        <w:pStyle w:val="RESLAH3Subsub"/>
      </w:pPr>
      <w:r w:rsidRPr="00E33785">
        <w:t xml:space="preserve">3.1.1.1 </w:t>
      </w:r>
      <w:r w:rsidR="001F718D" w:rsidRPr="001F718D">
        <w:t>RESLA_H3_Subsub</w:t>
      </w:r>
    </w:p>
    <w:p w14:paraId="3B8717FC" w14:textId="77777777" w:rsidR="0054066B" w:rsidRDefault="001F718D">
      <w:pPr>
        <w:pStyle w:val="RESLATXTBody"/>
        <w:rPr>
          <w:lang w:val="es-ES"/>
        </w:rPr>
      </w:pPr>
      <w:proofErr w:type="spellStart"/>
      <w:r w:rsidRPr="001F718D">
        <w:rPr>
          <w:lang w:val="es-ES"/>
        </w:rPr>
        <w:t>RESLA_TXT_Body</w:t>
      </w:r>
      <w:proofErr w:type="spellEnd"/>
    </w:p>
    <w:p w14:paraId="48AFE428" w14:textId="77777777" w:rsidR="008C3F82" w:rsidRDefault="001F718D" w:rsidP="0040411F">
      <w:pPr>
        <w:pStyle w:val="RESLACAPTable"/>
      </w:pPr>
      <w:r>
        <w:t>Table</w:t>
      </w:r>
      <w:r w:rsidR="00B47182" w:rsidRPr="008C3F82">
        <w:t xml:space="preserve"> </w:t>
      </w:r>
      <w:r>
        <w:t>X</w:t>
      </w:r>
      <w:r w:rsidR="00B47182" w:rsidRPr="008C3F82">
        <w:t xml:space="preserve">. </w:t>
      </w:r>
      <w:proofErr w:type="spellStart"/>
      <w:r w:rsidRPr="001F718D">
        <w:t>RESLA_CAP_Table</w:t>
      </w:r>
      <w:proofErr w:type="spellEnd"/>
    </w:p>
    <w:tbl>
      <w:tblPr>
        <w:tblStyle w:val="TableGrid"/>
        <w:tblW w:w="36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1810"/>
      </w:tblGrid>
      <w:tr w:rsidR="00134FC2" w:rsidRPr="00B47182" w14:paraId="7D1D0BEA" w14:textId="77777777" w:rsidTr="00134FC2">
        <w:trPr>
          <w:trHeight w:val="497"/>
          <w:tblHeader/>
        </w:trPr>
        <w:tc>
          <w:tcPr>
            <w:tcW w:w="1810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1ED0A28F" w14:textId="77777777" w:rsidR="00134FC2" w:rsidRDefault="00134FC2" w:rsidP="00026D7F">
            <w:pPr>
              <w:pStyle w:val="RESLATXTTable"/>
            </w:pPr>
            <w:bookmarkStart w:id="0" w:name="_Hlk163644889"/>
            <w:proofErr w:type="spellStart"/>
            <w:r w:rsidRPr="00134FC2">
              <w:t>RESLA_TXT_Table</w:t>
            </w:r>
            <w:proofErr w:type="spellEnd"/>
          </w:p>
          <w:p w14:paraId="44F8FB20" w14:textId="77777777" w:rsidR="00134FC2" w:rsidRPr="00B47182" w:rsidRDefault="00134FC2" w:rsidP="00026D7F">
            <w:pPr>
              <w:pStyle w:val="RESLATXTTable"/>
            </w:pPr>
            <w:r>
              <w:t>(in caps)</w:t>
            </w:r>
          </w:p>
        </w:tc>
        <w:tc>
          <w:tcPr>
            <w:tcW w:w="1810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1EC6D6CA" w14:textId="77777777" w:rsidR="00134FC2" w:rsidRDefault="00134FC2" w:rsidP="00134FC2">
            <w:pPr>
              <w:pStyle w:val="RESLATXTTable"/>
            </w:pPr>
            <w:proofErr w:type="spellStart"/>
            <w:r w:rsidRPr="00134FC2">
              <w:t>RESLA_TXT_Table</w:t>
            </w:r>
            <w:proofErr w:type="spellEnd"/>
          </w:p>
          <w:p w14:paraId="4D2AC6E5" w14:textId="77777777" w:rsidR="00134FC2" w:rsidRPr="00134FC2" w:rsidRDefault="00134FC2" w:rsidP="00134FC2">
            <w:pPr>
              <w:pStyle w:val="RESLATXTTable"/>
              <w:rPr>
                <w:lang w:val="en-GB"/>
              </w:rPr>
            </w:pPr>
            <w:r>
              <w:t>(in caps)</w:t>
            </w:r>
          </w:p>
        </w:tc>
      </w:tr>
      <w:tr w:rsidR="00134FC2" w:rsidRPr="00B47182" w14:paraId="43BD0525" w14:textId="77777777" w:rsidTr="00134FC2">
        <w:trPr>
          <w:trHeight w:val="497"/>
          <w:tblHeader/>
        </w:trPr>
        <w:tc>
          <w:tcPr>
            <w:tcW w:w="1810" w:type="dxa"/>
            <w:vMerge/>
            <w:tcBorders>
              <w:bottom w:val="single" w:sz="12" w:space="0" w:color="auto"/>
            </w:tcBorders>
            <w:hideMark/>
          </w:tcPr>
          <w:p w14:paraId="5E5F1035" w14:textId="77777777" w:rsidR="00134FC2" w:rsidRPr="00B47182" w:rsidRDefault="00134FC2" w:rsidP="00026D7F">
            <w:pPr>
              <w:pStyle w:val="RESLATXTTable"/>
            </w:pPr>
          </w:p>
        </w:tc>
        <w:tc>
          <w:tcPr>
            <w:tcW w:w="1810" w:type="dxa"/>
            <w:vMerge/>
            <w:tcBorders>
              <w:bottom w:val="single" w:sz="12" w:space="0" w:color="auto"/>
            </w:tcBorders>
            <w:hideMark/>
          </w:tcPr>
          <w:p w14:paraId="7FFDB95C" w14:textId="77777777" w:rsidR="00134FC2" w:rsidRPr="00B47182" w:rsidRDefault="00134FC2" w:rsidP="00026D7F">
            <w:pPr>
              <w:pStyle w:val="RESLATXTTable"/>
            </w:pPr>
          </w:p>
        </w:tc>
      </w:tr>
      <w:tr w:rsidR="00134FC2" w:rsidRPr="00B47182" w14:paraId="4C9A765E" w14:textId="77777777" w:rsidTr="00134FC2">
        <w:trPr>
          <w:trHeight w:val="300"/>
        </w:trPr>
        <w:tc>
          <w:tcPr>
            <w:tcW w:w="1810" w:type="dxa"/>
            <w:tcBorders>
              <w:top w:val="single" w:sz="12" w:space="0" w:color="auto"/>
            </w:tcBorders>
            <w:noWrap/>
            <w:hideMark/>
          </w:tcPr>
          <w:p w14:paraId="457B268C" w14:textId="77777777" w:rsidR="00134FC2" w:rsidRPr="00134FC2" w:rsidRDefault="00134FC2" w:rsidP="00134FC2">
            <w:pPr>
              <w:pStyle w:val="RESLATXTTable"/>
            </w:pPr>
            <w:proofErr w:type="spellStart"/>
            <w:r>
              <w:t>RESLA_TXT_Table</w:t>
            </w:r>
            <w:proofErr w:type="spellEnd"/>
          </w:p>
        </w:tc>
        <w:tc>
          <w:tcPr>
            <w:tcW w:w="1810" w:type="dxa"/>
            <w:tcBorders>
              <w:top w:val="single" w:sz="12" w:space="0" w:color="auto"/>
            </w:tcBorders>
            <w:noWrap/>
            <w:hideMark/>
          </w:tcPr>
          <w:p w14:paraId="208294FD" w14:textId="77777777" w:rsidR="00134FC2" w:rsidRPr="00B47182" w:rsidRDefault="00134FC2" w:rsidP="00026D7F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7557334E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5CBBC06D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29D1EBFE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312B0609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2D5834D8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2BEFFF89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42DC2680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5A9343E3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5EA03347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445B7E6A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12BDD212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1730C0A7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47E061E1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050D87BF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731D58B1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731E388D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0617DE04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5CACFACB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3BFCBABF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696C6E42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7FCECF89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318579DB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69951484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1740F1B5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7D8A5A18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68A09CE0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74AF20CD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tr w:rsidR="00134FC2" w:rsidRPr="00B47182" w14:paraId="506BF2B4" w14:textId="77777777" w:rsidTr="00134FC2">
        <w:trPr>
          <w:trHeight w:val="300"/>
        </w:trPr>
        <w:tc>
          <w:tcPr>
            <w:tcW w:w="1810" w:type="dxa"/>
            <w:noWrap/>
            <w:hideMark/>
          </w:tcPr>
          <w:p w14:paraId="3FAF5410" w14:textId="77777777" w:rsidR="00134FC2" w:rsidRPr="00B47182" w:rsidRDefault="00134FC2" w:rsidP="00134FC2">
            <w:pPr>
              <w:pStyle w:val="RESLATXTTable"/>
              <w:rPr>
                <w:i/>
                <w:iCs/>
              </w:rPr>
            </w:pPr>
            <w:proofErr w:type="spellStart"/>
            <w:r w:rsidRPr="00B61B34">
              <w:t>RESLA_TXT_Table</w:t>
            </w:r>
            <w:proofErr w:type="spellEnd"/>
          </w:p>
        </w:tc>
        <w:tc>
          <w:tcPr>
            <w:tcW w:w="1810" w:type="dxa"/>
            <w:noWrap/>
            <w:hideMark/>
          </w:tcPr>
          <w:p w14:paraId="4438C1B4" w14:textId="77777777" w:rsidR="00134FC2" w:rsidRPr="00B47182" w:rsidRDefault="00134FC2" w:rsidP="00134FC2">
            <w:pPr>
              <w:pStyle w:val="RESLATXTTable"/>
            </w:pPr>
            <w:r w:rsidRPr="00B47182">
              <w:t>0</w:t>
            </w:r>
          </w:p>
        </w:tc>
      </w:tr>
      <w:bookmarkEnd w:id="0"/>
    </w:tbl>
    <w:p w14:paraId="584AB4D6" w14:textId="77777777" w:rsidR="0067362A" w:rsidRDefault="0067362A" w:rsidP="00392D99">
      <w:pPr>
        <w:pStyle w:val="RESLATXTBody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45086097" w14:textId="77777777" w:rsidR="00BB23DD" w:rsidRDefault="00BB23DD" w:rsidP="00392D99">
      <w:pPr>
        <w:pStyle w:val="RESLATXTBody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w:drawing>
          <wp:inline distT="0" distB="0" distL="0" distR="0" wp14:anchorId="5622DF51" wp14:editId="12DE03B7">
            <wp:extent cx="1456580" cy="723952"/>
            <wp:effectExtent l="0" t="0" r="4445" b="0"/>
            <wp:docPr id="1714495206" name="Picture 1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495206" name="Picture 1" descr="A close-up of a let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9531" cy="74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E5B71" w14:textId="77777777" w:rsidR="0067362A" w:rsidRPr="000D7A05" w:rsidRDefault="00F467FD" w:rsidP="0067362A">
      <w:pPr>
        <w:pStyle w:val="RESLACAPFigure"/>
        <w:rPr>
          <w:iCs/>
          <w:lang w:val="en-GB"/>
        </w:rPr>
      </w:pPr>
      <w:r w:rsidRPr="000D7A05">
        <w:rPr>
          <w:lang w:val="en-GB"/>
        </w:rPr>
        <w:t>Figur</w:t>
      </w:r>
      <w:r w:rsidR="00134FC2" w:rsidRPr="000D7A05">
        <w:rPr>
          <w:lang w:val="en-GB"/>
        </w:rPr>
        <w:t>e</w:t>
      </w:r>
      <w:r w:rsidRPr="000D7A05">
        <w:rPr>
          <w:lang w:val="en-GB"/>
        </w:rPr>
        <w:t xml:space="preserve"> </w:t>
      </w:r>
      <w:r w:rsidR="00134FC2" w:rsidRPr="000D7A05">
        <w:rPr>
          <w:lang w:val="en-GB"/>
        </w:rPr>
        <w:t>X</w:t>
      </w:r>
      <w:r w:rsidRPr="000D7A05">
        <w:rPr>
          <w:lang w:val="en-GB"/>
        </w:rPr>
        <w:t xml:space="preserve">. </w:t>
      </w:r>
      <w:proofErr w:type="spellStart"/>
      <w:r w:rsidR="00134FC2" w:rsidRPr="000D7A05">
        <w:rPr>
          <w:lang w:val="en-GB"/>
        </w:rPr>
        <w:t>RESLA_CAP_Figure</w:t>
      </w:r>
      <w:proofErr w:type="spellEnd"/>
    </w:p>
    <w:p w14:paraId="3DB6EF0B" w14:textId="77777777" w:rsidR="0054066B" w:rsidRPr="00FE05A5" w:rsidRDefault="00134FC2" w:rsidP="00E33785">
      <w:pPr>
        <w:pStyle w:val="RESLAH1Section"/>
        <w:rPr>
          <w:lang w:val="en-GB"/>
        </w:rPr>
      </w:pPr>
      <w:r w:rsidRPr="00FE05A5">
        <w:rPr>
          <w:lang w:val="en-GB"/>
        </w:rPr>
        <w:lastRenderedPageBreak/>
        <w:t>Acknowledgments</w:t>
      </w:r>
    </w:p>
    <w:p w14:paraId="2DFD4F8A" w14:textId="77777777" w:rsidR="0054066B" w:rsidRDefault="00134FC2">
      <w:pPr>
        <w:pStyle w:val="RESLAACKText"/>
      </w:pPr>
      <w:proofErr w:type="spellStart"/>
      <w:r w:rsidRPr="00134FC2">
        <w:t>RESLA_ACK_Text</w:t>
      </w:r>
      <w:proofErr w:type="spellEnd"/>
    </w:p>
    <w:p w14:paraId="69E1331A" w14:textId="77777777" w:rsidR="001C2B94" w:rsidRPr="00FE05A5" w:rsidRDefault="00FE05A5" w:rsidP="00E33785">
      <w:pPr>
        <w:pStyle w:val="RESLAH1Section"/>
        <w:rPr>
          <w:lang w:val="en-GB"/>
        </w:rPr>
      </w:pPr>
      <w:r w:rsidRPr="00FE05A5">
        <w:rPr>
          <w:lang w:val="en-GB"/>
        </w:rPr>
        <w:t>Appendi</w:t>
      </w:r>
      <w:r>
        <w:rPr>
          <w:lang w:val="en-GB"/>
        </w:rPr>
        <w:t>x</w:t>
      </w:r>
    </w:p>
    <w:p w14:paraId="7F7261B4" w14:textId="77777777" w:rsidR="0054066B" w:rsidRPr="00FE05A5" w:rsidRDefault="00FE05A5" w:rsidP="00E33785">
      <w:pPr>
        <w:pStyle w:val="RESLAH1Section"/>
        <w:rPr>
          <w:lang w:val="en-GB"/>
        </w:rPr>
      </w:pPr>
      <w:r w:rsidRPr="00FE05A5">
        <w:rPr>
          <w:lang w:val="en-GB"/>
        </w:rPr>
        <w:t>References</w:t>
      </w:r>
    </w:p>
    <w:p w14:paraId="621B40DB" w14:textId="77777777" w:rsidR="006E753E" w:rsidRDefault="00FE05A5" w:rsidP="006E753E">
      <w:pPr>
        <w:pStyle w:val="RESLAREFEntry"/>
        <w:rPr>
          <w:lang w:val="en-GB"/>
        </w:rPr>
      </w:pPr>
      <w:proofErr w:type="spellStart"/>
      <w:r w:rsidRPr="00FE05A5">
        <w:rPr>
          <w:lang w:val="en-GB"/>
        </w:rPr>
        <w:t>RESLA_REF_Entry</w:t>
      </w:r>
      <w:proofErr w:type="spellEnd"/>
    </w:p>
    <w:p w14:paraId="4A94052C" w14:textId="77777777" w:rsidR="00FE05A5" w:rsidRPr="00FE05A5" w:rsidRDefault="00FE05A5" w:rsidP="006E753E">
      <w:pPr>
        <w:pStyle w:val="RESLAREFEntry"/>
        <w:rPr>
          <w:lang w:val="en-GB"/>
        </w:rPr>
      </w:pPr>
      <w:proofErr w:type="spellStart"/>
      <w:r w:rsidRPr="00FE05A5">
        <w:rPr>
          <w:lang w:val="en-GB"/>
        </w:rPr>
        <w:t>RESLA_REF_Entry</w:t>
      </w:r>
      <w:proofErr w:type="spellEnd"/>
    </w:p>
    <w:p w14:paraId="2B974D3D" w14:textId="77777777" w:rsidR="001C2B94" w:rsidRDefault="001C2B94">
      <w:pPr>
        <w:pStyle w:val="RESLATXTBody"/>
      </w:pPr>
    </w:p>
    <w:p w14:paraId="667AF859" w14:textId="77777777" w:rsidR="008C3A28" w:rsidRDefault="008C3A28">
      <w:pPr>
        <w:rPr>
          <w:rFonts w:ascii="Times New Roman" w:hAnsi="Times New Roman"/>
          <w:szCs w:val="21"/>
          <w:lang w:val="es-ES"/>
        </w:rPr>
      </w:pPr>
      <w:r>
        <w:rPr>
          <w:lang w:val="es-ES"/>
        </w:rPr>
        <w:br w:type="page"/>
      </w:r>
    </w:p>
    <w:p w14:paraId="16964A59" w14:textId="026D2EA0" w:rsidR="00CF582B" w:rsidRPr="000D7A05" w:rsidRDefault="000D7A05" w:rsidP="000D7A05">
      <w:pPr>
        <w:pStyle w:val="RESLAH2Subsection"/>
      </w:pPr>
      <w:proofErr w:type="spellStart"/>
      <w:r>
        <w:lastRenderedPageBreak/>
        <w:t>Credits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3"/>
      </w:tblGrid>
      <w:tr w:rsidR="000C0516" w:rsidRPr="000C0516" w14:paraId="1B681A58" w14:textId="77777777" w:rsidTr="000C0516">
        <w:tc>
          <w:tcPr>
            <w:tcW w:w="5103" w:type="dxa"/>
          </w:tcPr>
          <w:p w14:paraId="1EAEEDE8" w14:textId="07DFB7BB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Conceptualization / Conceptualización</w:t>
            </w:r>
          </w:p>
        </w:tc>
        <w:tc>
          <w:tcPr>
            <w:tcW w:w="3953" w:type="dxa"/>
          </w:tcPr>
          <w:p w14:paraId="37E9B240" w14:textId="77777777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7B599905" w14:textId="77777777" w:rsidTr="000C0516">
        <w:tc>
          <w:tcPr>
            <w:tcW w:w="5103" w:type="dxa"/>
          </w:tcPr>
          <w:p w14:paraId="03C75453" w14:textId="6647B001" w:rsidR="000C0516" w:rsidRPr="000C0516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Formal Analysis / Análisis formal</w:t>
            </w:r>
          </w:p>
        </w:tc>
        <w:tc>
          <w:tcPr>
            <w:tcW w:w="3953" w:type="dxa"/>
          </w:tcPr>
          <w:p w14:paraId="10FAAA07" w14:textId="77777777" w:rsidR="000C0516" w:rsidRPr="000C0516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0726BBD2" w14:textId="77777777" w:rsidTr="000C0516">
        <w:tc>
          <w:tcPr>
            <w:tcW w:w="5103" w:type="dxa"/>
          </w:tcPr>
          <w:p w14:paraId="375043C9" w14:textId="6ACFAC7D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Methodology / Metodología</w:t>
            </w:r>
          </w:p>
        </w:tc>
        <w:tc>
          <w:tcPr>
            <w:tcW w:w="3953" w:type="dxa"/>
          </w:tcPr>
          <w:p w14:paraId="1D455050" w14:textId="77777777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1A511186" w14:textId="77777777" w:rsidTr="000C0516">
        <w:tc>
          <w:tcPr>
            <w:tcW w:w="5103" w:type="dxa"/>
          </w:tcPr>
          <w:p w14:paraId="740027F3" w14:textId="2AB73EFA" w:rsidR="000C0516" w:rsidRPr="000D7A05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Writing / Redacción</w:t>
            </w:r>
          </w:p>
        </w:tc>
        <w:tc>
          <w:tcPr>
            <w:tcW w:w="3953" w:type="dxa"/>
          </w:tcPr>
          <w:p w14:paraId="45098C1D" w14:textId="77777777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10A2ABFF" w14:textId="77777777" w:rsidTr="000C0516">
        <w:tc>
          <w:tcPr>
            <w:tcW w:w="5103" w:type="dxa"/>
          </w:tcPr>
          <w:p w14:paraId="331A051E" w14:textId="0B53D826" w:rsidR="000C0516" w:rsidRPr="000D7A05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Research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</w:t>
            </w: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dataset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/ </w:t>
            </w:r>
            <w:r>
              <w:rPr>
                <w:rFonts w:ascii="Noto Sans" w:hAnsi="Noto Sans" w:cs="Noto Sans"/>
                <w:sz w:val="18"/>
                <w:szCs w:val="16"/>
                <w:lang w:val="es-ES"/>
              </w:rPr>
              <w:t>Datos</w:t>
            </w: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de investigación</w:t>
            </w:r>
          </w:p>
        </w:tc>
        <w:tc>
          <w:tcPr>
            <w:tcW w:w="3953" w:type="dxa"/>
          </w:tcPr>
          <w:p w14:paraId="084315A9" w14:textId="77777777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</w:tbl>
    <w:p w14:paraId="46FBBDF3" w14:textId="77777777" w:rsidR="008C3A28" w:rsidRDefault="008C3A28" w:rsidP="000C0516">
      <w:pPr>
        <w:pStyle w:val="RESLAH2Subsection"/>
        <w:spacing w:after="0" w:line="240" w:lineRule="auto"/>
        <w:rPr>
          <w:lang w:val="en-GB"/>
        </w:rPr>
      </w:pPr>
      <w:r w:rsidRPr="000D7A05">
        <w:rPr>
          <w:lang w:val="en-GB"/>
        </w:rPr>
        <w:t>Funding</w:t>
      </w:r>
      <w:r w:rsidR="006A4574" w:rsidRPr="000D7A05">
        <w:rPr>
          <w:lang w:val="en-GB"/>
        </w:rPr>
        <w:t xml:space="preserve">, </w:t>
      </w:r>
      <w:r w:rsidR="001A6EA1" w:rsidRPr="000D7A05">
        <w:rPr>
          <w:lang w:val="en-GB"/>
        </w:rPr>
        <w:t xml:space="preserve">data availability, and </w:t>
      </w:r>
      <w:r w:rsidR="006A4574" w:rsidRPr="000D7A05">
        <w:rPr>
          <w:lang w:val="en-GB"/>
        </w:rPr>
        <w:t>copyright</w:t>
      </w:r>
    </w:p>
    <w:p w14:paraId="609A2DC5" w14:textId="34CB27FF" w:rsidR="000C0516" w:rsidRPr="000C0516" w:rsidRDefault="000C0516" w:rsidP="000C0516">
      <w:pPr>
        <w:pStyle w:val="RESLAH2Subsection"/>
        <w:spacing w:before="0" w:line="240" w:lineRule="auto"/>
      </w:pPr>
      <w:r w:rsidRPr="000C0516">
        <w:t>Financiación, disponibilidad de datos y derechos de autor</w:t>
      </w:r>
      <w:r>
        <w:t>ía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04"/>
      </w:tblGrid>
      <w:tr w:rsidR="000C0516" w:rsidRPr="000C0516" w14:paraId="7DC3824E" w14:textId="77777777" w:rsidTr="000C0516">
        <w:tc>
          <w:tcPr>
            <w:tcW w:w="2552" w:type="dxa"/>
          </w:tcPr>
          <w:p w14:paraId="42B2F61C" w14:textId="59992606" w:rsidR="000C0516" w:rsidRPr="000834EF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Funding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/ Financiación</w:t>
            </w:r>
          </w:p>
        </w:tc>
        <w:tc>
          <w:tcPr>
            <w:tcW w:w="6504" w:type="dxa"/>
          </w:tcPr>
          <w:p w14:paraId="66985A0D" w14:textId="77777777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3B76DE8D" w14:textId="77777777" w:rsidTr="000C0516">
        <w:tc>
          <w:tcPr>
            <w:tcW w:w="2552" w:type="dxa"/>
          </w:tcPr>
          <w:p w14:paraId="506AE584" w14:textId="422BD5B3" w:rsidR="000C0516" w:rsidRPr="000834EF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Image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use </w:t>
            </w: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consent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/ Consentimiento para el uso de imágenes</w:t>
            </w:r>
          </w:p>
        </w:tc>
        <w:tc>
          <w:tcPr>
            <w:tcW w:w="6504" w:type="dxa"/>
          </w:tcPr>
          <w:p w14:paraId="2FF3EA79" w14:textId="77777777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559CEC08" w14:textId="77777777" w:rsidTr="000C0516">
        <w:tc>
          <w:tcPr>
            <w:tcW w:w="2552" w:type="dxa"/>
          </w:tcPr>
          <w:p w14:paraId="5A44A2B5" w14:textId="15AB87C4" w:rsidR="000C0516" w:rsidRPr="000834EF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Conflict of interest / Conflicto de intereses</w:t>
            </w:r>
          </w:p>
        </w:tc>
        <w:tc>
          <w:tcPr>
            <w:tcW w:w="6504" w:type="dxa"/>
          </w:tcPr>
          <w:p w14:paraId="1622F1A4" w14:textId="77777777" w:rsidR="000C0516" w:rsidRPr="000834EF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8C3A28" w:rsidRPr="000C0516" w14:paraId="16D690C3" w14:textId="77777777" w:rsidTr="000C0516">
        <w:tc>
          <w:tcPr>
            <w:tcW w:w="2552" w:type="dxa"/>
          </w:tcPr>
          <w:p w14:paraId="0017C561" w14:textId="1590F870" w:rsidR="008C3A28" w:rsidRPr="000C0516" w:rsidRDefault="008C3A28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Data </w:t>
            </w: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availability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</w:t>
            </w: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statement</w:t>
            </w:r>
            <w:proofErr w:type="spellEnd"/>
            <w:r w:rsidR="000C0516"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/ </w:t>
            </w:r>
            <w:r w:rsidR="000C0516"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Declaración de disponibilidad de datos</w:t>
            </w:r>
          </w:p>
        </w:tc>
        <w:tc>
          <w:tcPr>
            <w:tcW w:w="6504" w:type="dxa"/>
          </w:tcPr>
          <w:p w14:paraId="2AFBBEE1" w14:textId="1E40059C" w:rsidR="008C3A28" w:rsidRPr="000C0516" w:rsidRDefault="008C3A28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8C3A28" w:rsidRPr="000C0516" w14:paraId="07B49725" w14:textId="77777777" w:rsidTr="000C0516">
        <w:tc>
          <w:tcPr>
            <w:tcW w:w="2552" w:type="dxa"/>
          </w:tcPr>
          <w:p w14:paraId="407C53D8" w14:textId="69A678B9" w:rsidR="008C3A28" w:rsidRPr="000C0516" w:rsidRDefault="008C3A28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proofErr w:type="spellStart"/>
            <w:r w:rsidRPr="000834EF">
              <w:rPr>
                <w:rFonts w:ascii="Noto Sans" w:hAnsi="Noto Sans" w:cs="Noto Sans"/>
                <w:sz w:val="18"/>
                <w:szCs w:val="16"/>
                <w:lang w:val="es-ES"/>
              </w:rPr>
              <w:t>License</w:t>
            </w:r>
            <w:proofErr w:type="spellEnd"/>
            <w:r w:rsid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/ </w:t>
            </w:r>
            <w:r w:rsidR="000C0516"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Licencia</w:t>
            </w:r>
          </w:p>
        </w:tc>
        <w:tc>
          <w:tcPr>
            <w:tcW w:w="6504" w:type="dxa"/>
          </w:tcPr>
          <w:p w14:paraId="56FA8B65" w14:textId="77777777" w:rsidR="000C0516" w:rsidRDefault="008C3A28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This article is published under the CC BY 4.0 </w:t>
            </w: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License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.</w:t>
            </w:r>
          </w:p>
          <w:p w14:paraId="7CA9587C" w14:textId="64C283D8" w:rsidR="008C3A28" w:rsidRPr="000C0516" w:rsidRDefault="000C0516" w:rsidP="000C0516">
            <w:pPr>
              <w:pStyle w:val="RESLAnormal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E</w:t>
            </w: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ste artículo se publica bajo la Licencia CC BY 4.0.</w:t>
            </w:r>
          </w:p>
        </w:tc>
      </w:tr>
    </w:tbl>
    <w:p w14:paraId="2DF12D90" w14:textId="77777777" w:rsidR="007E00D6" w:rsidRPr="000D7A05" w:rsidRDefault="008C3A28" w:rsidP="000D7A05">
      <w:pPr>
        <w:pStyle w:val="RESLAH2Subsection"/>
      </w:pPr>
      <w:r w:rsidRPr="000834EF">
        <w:t xml:space="preserve">Editorial </w:t>
      </w:r>
      <w:proofErr w:type="spellStart"/>
      <w:r w:rsidRPr="000834EF">
        <w:t>history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552"/>
      </w:tblGrid>
      <w:tr w:rsidR="000C0516" w:rsidRPr="000C0516" w14:paraId="34191046" w14:textId="77777777" w:rsidTr="000C0516">
        <w:tc>
          <w:tcPr>
            <w:tcW w:w="2410" w:type="dxa"/>
          </w:tcPr>
          <w:p w14:paraId="186DC282" w14:textId="3AB6A98A" w:rsidR="000C0516" w:rsidRPr="000C0516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proofErr w:type="spellStart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Received</w:t>
            </w:r>
            <w:proofErr w:type="spellEnd"/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 xml:space="preserve"> / Recibido</w:t>
            </w:r>
          </w:p>
        </w:tc>
        <w:tc>
          <w:tcPr>
            <w:tcW w:w="2552" w:type="dxa"/>
          </w:tcPr>
          <w:p w14:paraId="45CBBCDC" w14:textId="77777777" w:rsidR="000C0516" w:rsidRPr="000C0516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53FBC3E9" w14:textId="77777777" w:rsidTr="000C0516">
        <w:tc>
          <w:tcPr>
            <w:tcW w:w="2410" w:type="dxa"/>
          </w:tcPr>
          <w:p w14:paraId="40922ACA" w14:textId="79FED09F" w:rsidR="000C0516" w:rsidRPr="000834EF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Revised / Revisado</w:t>
            </w:r>
          </w:p>
        </w:tc>
        <w:tc>
          <w:tcPr>
            <w:tcW w:w="2552" w:type="dxa"/>
          </w:tcPr>
          <w:p w14:paraId="42806DA9" w14:textId="77777777" w:rsidR="000C0516" w:rsidRPr="000C0516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  <w:tr w:rsidR="000C0516" w:rsidRPr="000C0516" w14:paraId="7A2D447C" w14:textId="77777777" w:rsidTr="000C0516">
        <w:tc>
          <w:tcPr>
            <w:tcW w:w="2410" w:type="dxa"/>
          </w:tcPr>
          <w:p w14:paraId="7C97A179" w14:textId="03C89779" w:rsidR="000C0516" w:rsidRPr="000834EF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  <w:r w:rsidRPr="000C0516">
              <w:rPr>
                <w:rFonts w:ascii="Noto Sans" w:hAnsi="Noto Sans" w:cs="Noto Sans"/>
                <w:sz w:val="18"/>
                <w:szCs w:val="16"/>
                <w:lang w:val="es-ES"/>
              </w:rPr>
              <w:t>Accepted / Aceptado</w:t>
            </w:r>
          </w:p>
        </w:tc>
        <w:tc>
          <w:tcPr>
            <w:tcW w:w="2552" w:type="dxa"/>
          </w:tcPr>
          <w:p w14:paraId="601AAB5F" w14:textId="77777777" w:rsidR="000C0516" w:rsidRPr="000C0516" w:rsidRDefault="000C0516" w:rsidP="000C0516">
            <w:pPr>
              <w:pStyle w:val="RESLAnormal"/>
              <w:jc w:val="left"/>
              <w:rPr>
                <w:rFonts w:ascii="Noto Sans" w:hAnsi="Noto Sans" w:cs="Noto Sans"/>
                <w:sz w:val="18"/>
                <w:szCs w:val="16"/>
                <w:lang w:val="es-ES"/>
              </w:rPr>
            </w:pPr>
          </w:p>
        </w:tc>
      </w:tr>
    </w:tbl>
    <w:p w14:paraId="35A9353F" w14:textId="77777777" w:rsidR="00CF582B" w:rsidRPr="008C3A28" w:rsidRDefault="00CF582B" w:rsidP="00CF582B">
      <w:pPr>
        <w:pStyle w:val="RESLAnormal"/>
        <w:rPr>
          <w:lang w:val="en-GB"/>
        </w:rPr>
      </w:pPr>
    </w:p>
    <w:p w14:paraId="376C7074" w14:textId="77777777" w:rsidR="000D7A05" w:rsidRPr="000D7A05" w:rsidRDefault="000D7A05" w:rsidP="000D7A05">
      <w:pPr>
        <w:pStyle w:val="RESLAnormal"/>
        <w:jc w:val="left"/>
        <w:rPr>
          <w:rFonts w:ascii="Noto Sans" w:hAnsi="Noto Sans" w:cs="Noto Sans"/>
          <w:sz w:val="18"/>
          <w:szCs w:val="16"/>
          <w:lang w:val="es-ES"/>
        </w:rPr>
      </w:pPr>
    </w:p>
    <w:sectPr w:rsidR="000D7A05" w:rsidRPr="000D7A05" w:rsidSect="001C2B94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0" w:h="16820"/>
      <w:pgMar w:top="1417" w:right="1417" w:bottom="1417" w:left="1417" w:header="709" w:footer="709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8CF8" w14:textId="77777777" w:rsidR="00066902" w:rsidRDefault="00066902">
      <w:pPr>
        <w:spacing w:after="0" w:line="240" w:lineRule="auto"/>
      </w:pPr>
      <w:r>
        <w:separator/>
      </w:r>
    </w:p>
  </w:endnote>
  <w:endnote w:type="continuationSeparator" w:id="0">
    <w:p w14:paraId="48999F4A" w14:textId="77777777" w:rsidR="00066902" w:rsidRDefault="0006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7793215"/>
      <w:docPartObj>
        <w:docPartGallery w:val="Page Numbers (Bottom of Page)"/>
        <w:docPartUnique/>
      </w:docPartObj>
    </w:sdtPr>
    <w:sdtContent>
      <w:p w14:paraId="7C2FB1C8" w14:textId="77777777" w:rsidR="00E6734F" w:rsidRDefault="00E6734F" w:rsidP="00420CE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34</w:t>
        </w:r>
        <w:r>
          <w:rPr>
            <w:rStyle w:val="PageNumber"/>
          </w:rPr>
          <w:fldChar w:fldCharType="end"/>
        </w:r>
      </w:p>
    </w:sdtContent>
  </w:sdt>
  <w:p w14:paraId="4CC452AC" w14:textId="77777777" w:rsidR="007D6080" w:rsidRDefault="007D60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41041652"/>
      <w:docPartObj>
        <w:docPartGallery w:val="Page Numbers (Bottom of Page)"/>
        <w:docPartUnique/>
      </w:docPartObj>
    </w:sdtPr>
    <w:sdtContent>
      <w:p w14:paraId="17AF8DEA" w14:textId="77777777" w:rsidR="00E6734F" w:rsidRDefault="00E6734F" w:rsidP="00420CE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35</w:t>
        </w:r>
        <w:r>
          <w:rPr>
            <w:rStyle w:val="PageNumber"/>
          </w:rPr>
          <w:fldChar w:fldCharType="end"/>
        </w:r>
      </w:p>
    </w:sdtContent>
  </w:sdt>
  <w:p w14:paraId="44E40B92" w14:textId="77777777" w:rsidR="0054066B" w:rsidRDefault="0054066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E2AE" w14:textId="77777777" w:rsidR="00AD72D5" w:rsidRPr="00257006" w:rsidRDefault="007D6080" w:rsidP="00165E91">
    <w:pPr>
      <w:spacing w:before="200" w:after="0" w:line="240" w:lineRule="auto"/>
      <w:ind w:left="2410"/>
      <w:rPr>
        <w:rFonts w:ascii="Noto Sans" w:hAnsi="Noto Sans" w:cs="Noto Sans"/>
        <w:sz w:val="16"/>
        <w:szCs w:val="16"/>
        <w:lang w:val="es-ES"/>
      </w:rPr>
    </w:pPr>
    <w:r w:rsidRPr="00257006">
      <w:rPr>
        <w:rFonts w:ascii="Noto Sans" w:hAnsi="Noto Sans" w:cs="Noto Sans"/>
        <w:noProof/>
      </w:rPr>
      <w:drawing>
        <wp:anchor distT="0" distB="0" distL="114300" distR="114300" simplePos="0" relativeHeight="251658240" behindDoc="0" locked="0" layoutInCell="1" allowOverlap="1" wp14:anchorId="7008D44E" wp14:editId="1DC5A3C2">
          <wp:simplePos x="0" y="0"/>
          <wp:positionH relativeFrom="column">
            <wp:posOffset>15957</wp:posOffset>
          </wp:positionH>
          <wp:positionV relativeFrom="paragraph">
            <wp:posOffset>180396</wp:posOffset>
          </wp:positionV>
          <wp:extent cx="971424" cy="310068"/>
          <wp:effectExtent l="0" t="0" r="0" b="0"/>
          <wp:wrapNone/>
          <wp:docPr id="12368677" name="Picture 1" descr="A green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8677" name="Picture 1" descr="A green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424" cy="310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2D5" w:rsidRPr="00257006">
      <w:rPr>
        <w:rFonts w:ascii="Noto Sans" w:hAnsi="Noto Sans" w:cs="Noto Sans"/>
        <w:spacing w:val="-2"/>
        <w:sz w:val="16"/>
        <w:szCs w:val="16"/>
        <w:lang w:val="es-ES"/>
      </w:rPr>
      <w:t>https://doi.org/XXXXX</w:t>
    </w:r>
  </w:p>
  <w:p w14:paraId="75E8F537" w14:textId="77777777" w:rsidR="00AD72D5" w:rsidRPr="00257006" w:rsidRDefault="00AD72D5" w:rsidP="00165E91">
    <w:pPr>
      <w:spacing w:after="0" w:line="240" w:lineRule="auto"/>
      <w:ind w:left="2410"/>
      <w:rPr>
        <w:rFonts w:ascii="Noto Sans" w:hAnsi="Noto Sans" w:cs="Noto Sans"/>
        <w:sz w:val="16"/>
        <w:szCs w:val="16"/>
        <w:lang w:val="es-ES"/>
      </w:rPr>
    </w:pPr>
    <w:r w:rsidRPr="00257006">
      <w:rPr>
        <w:rFonts w:ascii="Noto Sans" w:hAnsi="Noto Sans" w:cs="Noto Sans"/>
        <w:i/>
        <w:w w:val="85"/>
        <w:sz w:val="16"/>
        <w:szCs w:val="16"/>
        <w:lang w:val="es-ES"/>
      </w:rPr>
      <w:t>Revista Española de Lingüística Aplicada</w:t>
    </w:r>
    <w:r w:rsidR="00320D99" w:rsidRPr="00257006">
      <w:rPr>
        <w:rFonts w:ascii="Noto Sans" w:hAnsi="Noto Sans" w:cs="Noto Sans"/>
        <w:i/>
        <w:w w:val="85"/>
        <w:sz w:val="16"/>
        <w:szCs w:val="16"/>
        <w:lang w:val="es-ES"/>
      </w:rPr>
      <w:t xml:space="preserve"> XX(XX)</w:t>
    </w:r>
    <w:r w:rsidRPr="00257006">
      <w:rPr>
        <w:rFonts w:ascii="Noto Sans" w:hAnsi="Noto Sans" w:cs="Noto Sans"/>
        <w:i/>
        <w:spacing w:val="40"/>
        <w:sz w:val="16"/>
        <w:szCs w:val="16"/>
        <w:lang w:val="es-ES"/>
      </w:rPr>
      <w:t xml:space="preserve"> </w:t>
    </w:r>
    <w:r w:rsidRPr="00257006">
      <w:rPr>
        <w:rFonts w:ascii="Noto Sans" w:hAnsi="Noto Sans" w:cs="Noto Sans"/>
        <w:w w:val="85"/>
        <w:sz w:val="16"/>
        <w:szCs w:val="16"/>
        <w:lang w:val="es-ES"/>
      </w:rPr>
      <w:t>ISSN</w:t>
    </w:r>
    <w:r w:rsidRPr="00257006">
      <w:rPr>
        <w:rFonts w:ascii="Noto Sans" w:hAnsi="Noto Sans" w:cs="Noto Sans"/>
        <w:spacing w:val="9"/>
        <w:sz w:val="16"/>
        <w:szCs w:val="16"/>
        <w:lang w:val="es-ES"/>
      </w:rPr>
      <w:t xml:space="preserve"> </w:t>
    </w:r>
    <w:r w:rsidRPr="00257006">
      <w:rPr>
        <w:rFonts w:ascii="Noto Sans" w:hAnsi="Noto Sans" w:cs="Noto Sans"/>
        <w:w w:val="85"/>
        <w:sz w:val="16"/>
        <w:szCs w:val="16"/>
        <w:lang w:val="es-ES"/>
      </w:rPr>
      <w:t>0213-2028</w:t>
    </w:r>
    <w:r w:rsidRPr="00257006">
      <w:rPr>
        <w:rFonts w:ascii="Noto Sans" w:hAnsi="Noto Sans" w:cs="Noto Sans"/>
        <w:spacing w:val="1"/>
        <w:sz w:val="16"/>
        <w:szCs w:val="16"/>
        <w:lang w:val="es-ES"/>
      </w:rPr>
      <w:t xml:space="preserve"> </w:t>
    </w:r>
    <w:r w:rsidRPr="00257006">
      <w:rPr>
        <w:rFonts w:ascii="Noto Sans" w:hAnsi="Noto Sans" w:cs="Noto Sans"/>
        <w:color w:val="CCCCCC"/>
        <w:w w:val="85"/>
        <w:sz w:val="16"/>
        <w:szCs w:val="16"/>
        <w:lang w:val="es-ES"/>
      </w:rPr>
      <w:t>|</w:t>
    </w:r>
    <w:r w:rsidRPr="00257006">
      <w:rPr>
        <w:rFonts w:ascii="Noto Sans" w:hAnsi="Noto Sans" w:cs="Noto Sans"/>
        <w:color w:val="CCCCCC"/>
        <w:sz w:val="16"/>
        <w:szCs w:val="16"/>
        <w:lang w:val="es-ES"/>
      </w:rPr>
      <w:t xml:space="preserve"> </w:t>
    </w:r>
    <w:r w:rsidRPr="00257006">
      <w:rPr>
        <w:rFonts w:ascii="Noto Sans" w:hAnsi="Noto Sans" w:cs="Noto Sans"/>
        <w:w w:val="85"/>
        <w:sz w:val="16"/>
        <w:szCs w:val="16"/>
        <w:lang w:val="es-ES"/>
      </w:rPr>
      <w:t>E‑ISSN</w:t>
    </w:r>
    <w:r w:rsidRPr="00257006">
      <w:rPr>
        <w:rFonts w:ascii="Noto Sans" w:hAnsi="Noto Sans" w:cs="Noto Sans"/>
        <w:spacing w:val="10"/>
        <w:sz w:val="16"/>
        <w:szCs w:val="16"/>
        <w:lang w:val="es-ES"/>
      </w:rPr>
      <w:t xml:space="preserve"> </w:t>
    </w:r>
    <w:r w:rsidRPr="00257006">
      <w:rPr>
        <w:rFonts w:ascii="Noto Sans" w:hAnsi="Noto Sans" w:cs="Noto Sans"/>
        <w:w w:val="85"/>
        <w:sz w:val="16"/>
        <w:szCs w:val="16"/>
        <w:lang w:val="es-ES"/>
      </w:rPr>
      <w:t>2254-6774</w:t>
    </w:r>
  </w:p>
  <w:p w14:paraId="05142E2E" w14:textId="77777777" w:rsidR="00AD72D5" w:rsidRPr="00257006" w:rsidRDefault="00AD72D5" w:rsidP="00165E91">
    <w:pPr>
      <w:spacing w:after="0" w:line="240" w:lineRule="auto"/>
      <w:ind w:left="2410"/>
      <w:rPr>
        <w:rFonts w:ascii="Noto Sans" w:hAnsi="Noto Sans" w:cs="Noto Sans"/>
        <w:sz w:val="16"/>
        <w:szCs w:val="16"/>
        <w:lang w:val="es-ES"/>
      </w:rPr>
    </w:pPr>
    <w:r w:rsidRPr="00257006">
      <w:rPr>
        <w:rFonts w:ascii="Noto Sans" w:hAnsi="Noto Sans" w:cs="Noto Sans"/>
        <w:w w:val="90"/>
        <w:sz w:val="16"/>
        <w:szCs w:val="16"/>
      </w:rPr>
      <w:t>Available</w:t>
    </w:r>
    <w:r w:rsidRPr="00257006">
      <w:rPr>
        <w:rFonts w:ascii="Noto Sans" w:hAnsi="Noto Sans" w:cs="Noto Sans"/>
        <w:spacing w:val="-2"/>
        <w:w w:val="90"/>
        <w:sz w:val="16"/>
        <w:szCs w:val="16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</w:rPr>
      <w:t>under</w:t>
    </w:r>
    <w:r w:rsidRPr="00257006">
      <w:rPr>
        <w:rFonts w:ascii="Noto Sans" w:hAnsi="Noto Sans" w:cs="Noto Sans"/>
        <w:spacing w:val="-2"/>
        <w:w w:val="90"/>
        <w:sz w:val="16"/>
        <w:szCs w:val="16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</w:rPr>
      <w:t>the</w:t>
    </w:r>
    <w:r w:rsidRPr="00257006">
      <w:rPr>
        <w:rFonts w:ascii="Noto Sans" w:hAnsi="Noto Sans" w:cs="Noto Sans"/>
        <w:spacing w:val="-2"/>
        <w:w w:val="90"/>
        <w:sz w:val="16"/>
        <w:szCs w:val="16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</w:rPr>
      <w:t>CC</w:t>
    </w:r>
    <w:r w:rsidRPr="00257006">
      <w:rPr>
        <w:rFonts w:ascii="Noto Sans" w:hAnsi="Noto Sans" w:cs="Noto Sans"/>
        <w:spacing w:val="-2"/>
        <w:w w:val="90"/>
        <w:sz w:val="16"/>
        <w:szCs w:val="16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</w:rPr>
      <w:t>BY-NC</w:t>
    </w:r>
    <w:r w:rsidRPr="00257006">
      <w:rPr>
        <w:rFonts w:ascii="Noto Sans" w:hAnsi="Noto Sans" w:cs="Noto Sans"/>
        <w:spacing w:val="-2"/>
        <w:w w:val="90"/>
        <w:sz w:val="16"/>
        <w:szCs w:val="16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</w:rPr>
      <w:t>4.0</w:t>
    </w:r>
    <w:r w:rsidRPr="00257006">
      <w:rPr>
        <w:rFonts w:ascii="Noto Sans" w:hAnsi="Noto Sans" w:cs="Noto Sans"/>
        <w:spacing w:val="-2"/>
        <w:w w:val="90"/>
        <w:sz w:val="16"/>
        <w:szCs w:val="16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</w:rPr>
      <w:t>license.</w:t>
    </w:r>
    <w:r w:rsidRPr="00257006">
      <w:rPr>
        <w:rFonts w:ascii="Noto Sans" w:hAnsi="Noto Sans" w:cs="Noto Sans"/>
        <w:spacing w:val="40"/>
        <w:sz w:val="16"/>
        <w:szCs w:val="16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  <w:lang w:val="es-ES"/>
      </w:rPr>
      <w:t>©</w:t>
    </w:r>
    <w:r w:rsidRPr="00257006">
      <w:rPr>
        <w:rFonts w:ascii="Noto Sans" w:hAnsi="Noto Sans" w:cs="Noto Sans"/>
        <w:spacing w:val="-2"/>
        <w:w w:val="90"/>
        <w:sz w:val="16"/>
        <w:szCs w:val="16"/>
        <w:lang w:val="es-ES"/>
      </w:rPr>
      <w:t xml:space="preserve"> </w:t>
    </w:r>
    <w:r w:rsidRPr="00257006">
      <w:rPr>
        <w:rFonts w:ascii="Noto Sans" w:hAnsi="Noto Sans" w:cs="Noto Sans"/>
        <w:w w:val="90"/>
        <w:sz w:val="16"/>
        <w:szCs w:val="16"/>
        <w:lang w:val="es-ES"/>
      </w:rPr>
      <w:t>Asociación Española de Lingüística Aplicada (</w:t>
    </w:r>
    <w:r w:rsidR="00063501" w:rsidRPr="00257006">
      <w:rPr>
        <w:rFonts w:ascii="Noto Sans" w:hAnsi="Noto Sans" w:cs="Noto Sans"/>
        <w:w w:val="90"/>
        <w:sz w:val="16"/>
        <w:szCs w:val="16"/>
        <w:lang w:val="es-ES"/>
      </w:rPr>
      <w:t>AESLA</w:t>
    </w:r>
    <w:r w:rsidRPr="00257006">
      <w:rPr>
        <w:rFonts w:ascii="Noto Sans" w:hAnsi="Noto Sans" w:cs="Noto Sans"/>
        <w:w w:val="90"/>
        <w:sz w:val="16"/>
        <w:szCs w:val="16"/>
        <w:lang w:val="es-ES"/>
      </w:rPr>
      <w:t>)</w:t>
    </w:r>
  </w:p>
  <w:p w14:paraId="723C3D1A" w14:textId="77777777" w:rsidR="00AD72D5" w:rsidRPr="00AD72D5" w:rsidRDefault="00AD72D5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8C2A8" w14:textId="77777777" w:rsidR="00066902" w:rsidRDefault="00066902">
      <w:pPr>
        <w:spacing w:after="0" w:line="240" w:lineRule="auto"/>
      </w:pPr>
      <w:r>
        <w:separator/>
      </w:r>
    </w:p>
  </w:footnote>
  <w:footnote w:type="continuationSeparator" w:id="0">
    <w:p w14:paraId="223B581A" w14:textId="77777777" w:rsidR="00066902" w:rsidRDefault="00066902">
      <w:pPr>
        <w:spacing w:after="0" w:line="240" w:lineRule="auto"/>
      </w:pPr>
      <w:r>
        <w:continuationSeparator/>
      </w:r>
    </w:p>
  </w:footnote>
  <w:footnote w:id="1">
    <w:p w14:paraId="422800D9" w14:textId="77777777" w:rsidR="001F718D" w:rsidRPr="001F718D" w:rsidRDefault="001F718D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F718D">
        <w:t>Footnote</w:t>
      </w:r>
      <w:proofErr w:type="spellEnd"/>
      <w:r w:rsidRPr="001F718D">
        <w:t xml:space="preserve"> </w:t>
      </w:r>
      <w:proofErr w:type="spellStart"/>
      <w:r w:rsidRPr="001F718D">
        <w:t>Text,RESLA_Footnote</w:t>
      </w:r>
      <w:proofErr w:type="spellEnd"/>
      <w:r w:rsidRPr="001F718D">
        <w:t xml:space="preserve"> Text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D0E2" w14:textId="77777777" w:rsidR="00AD72D5" w:rsidRPr="00392D99" w:rsidRDefault="001F718D" w:rsidP="00AD72D5">
    <w:pPr>
      <w:pStyle w:val="Header"/>
      <w:pBdr>
        <w:bottom w:val="single" w:sz="4" w:space="1" w:color="auto"/>
      </w:pBdr>
      <w:jc w:val="center"/>
      <w:rPr>
        <w:sz w:val="18"/>
        <w:szCs w:val="18"/>
        <w:lang w:val="es-ES_tradnl"/>
      </w:rPr>
    </w:pPr>
    <w:proofErr w:type="spellStart"/>
    <w:r>
      <w:rPr>
        <w:sz w:val="18"/>
        <w:szCs w:val="18"/>
        <w:lang w:val="es-ES_tradnl"/>
      </w:rPr>
      <w:t>Author</w:t>
    </w:r>
    <w:proofErr w:type="spellEnd"/>
    <w:r>
      <w:rPr>
        <w:sz w:val="18"/>
        <w:szCs w:val="18"/>
        <w:lang w:val="es-ES_tradnl"/>
      </w:rPr>
      <w:t xml:space="preserve"> 1</w:t>
    </w:r>
    <w:r w:rsidR="00320D99" w:rsidRPr="00392D99">
      <w:rPr>
        <w:sz w:val="18"/>
        <w:szCs w:val="18"/>
        <w:lang w:val="es-ES_tradnl"/>
      </w:rPr>
      <w:t xml:space="preserve"> </w:t>
    </w:r>
    <w:r>
      <w:rPr>
        <w:sz w:val="18"/>
        <w:szCs w:val="18"/>
        <w:lang w:val="es-ES_tradnl"/>
      </w:rPr>
      <w:t>–</w:t>
    </w:r>
    <w:r w:rsidR="00320D99" w:rsidRPr="00392D99">
      <w:rPr>
        <w:sz w:val="18"/>
        <w:szCs w:val="18"/>
        <w:lang w:val="es-ES_tradnl"/>
      </w:rPr>
      <w:t xml:space="preserve"> </w:t>
    </w:r>
    <w:proofErr w:type="spellStart"/>
    <w:r>
      <w:rPr>
        <w:sz w:val="18"/>
        <w:szCs w:val="18"/>
        <w:lang w:val="es-ES_tradnl"/>
      </w:rPr>
      <w:t>Author</w:t>
    </w:r>
    <w:proofErr w:type="spellEnd"/>
    <w:r>
      <w:rPr>
        <w:sz w:val="18"/>
        <w:szCs w:val="18"/>
        <w:lang w:val="es-ES_tradnl"/>
      </w:rPr>
      <w:t xml:space="preserve">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71C2" w14:textId="77777777" w:rsidR="00AD72D5" w:rsidRPr="00392D99" w:rsidRDefault="001F718D" w:rsidP="00AD72D5">
    <w:pPr>
      <w:pStyle w:val="Header"/>
      <w:pBdr>
        <w:bottom w:val="single" w:sz="4" w:space="1" w:color="auto"/>
      </w:pBdr>
      <w:jc w:val="center"/>
      <w:rPr>
        <w:sz w:val="18"/>
        <w:szCs w:val="18"/>
        <w:lang w:val="es-ES_tradnl"/>
      </w:rPr>
    </w:pPr>
    <w:proofErr w:type="spellStart"/>
    <w:r>
      <w:rPr>
        <w:sz w:val="18"/>
        <w:szCs w:val="18"/>
        <w:lang w:val="es-ES_tradnl"/>
      </w:rPr>
      <w:t>Title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5891270">
    <w:abstractNumId w:val="8"/>
  </w:num>
  <w:num w:numId="2" w16cid:durableId="304049250">
    <w:abstractNumId w:val="6"/>
  </w:num>
  <w:num w:numId="3" w16cid:durableId="149905051">
    <w:abstractNumId w:val="5"/>
  </w:num>
  <w:num w:numId="4" w16cid:durableId="1446074282">
    <w:abstractNumId w:val="4"/>
  </w:num>
  <w:num w:numId="5" w16cid:durableId="1925216044">
    <w:abstractNumId w:val="7"/>
  </w:num>
  <w:num w:numId="6" w16cid:durableId="984049762">
    <w:abstractNumId w:val="3"/>
  </w:num>
  <w:num w:numId="7" w16cid:durableId="1603608860">
    <w:abstractNumId w:val="2"/>
  </w:num>
  <w:num w:numId="8" w16cid:durableId="598179257">
    <w:abstractNumId w:val="1"/>
  </w:num>
  <w:num w:numId="9" w16cid:durableId="187323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16"/>
    <w:rsid w:val="00026D7F"/>
    <w:rsid w:val="00034616"/>
    <w:rsid w:val="0003499A"/>
    <w:rsid w:val="0006063C"/>
    <w:rsid w:val="00063501"/>
    <w:rsid w:val="00066902"/>
    <w:rsid w:val="000834EF"/>
    <w:rsid w:val="00092231"/>
    <w:rsid w:val="000A3251"/>
    <w:rsid w:val="000A4803"/>
    <w:rsid w:val="000B1656"/>
    <w:rsid w:val="000C0516"/>
    <w:rsid w:val="000C1378"/>
    <w:rsid w:val="000C26F5"/>
    <w:rsid w:val="000D7A05"/>
    <w:rsid w:val="000E3C41"/>
    <w:rsid w:val="00106621"/>
    <w:rsid w:val="00133E87"/>
    <w:rsid w:val="00134FC2"/>
    <w:rsid w:val="0015074B"/>
    <w:rsid w:val="00152ACD"/>
    <w:rsid w:val="00154A9F"/>
    <w:rsid w:val="00161039"/>
    <w:rsid w:val="00165E91"/>
    <w:rsid w:val="0017243F"/>
    <w:rsid w:val="001808A1"/>
    <w:rsid w:val="001A6EA1"/>
    <w:rsid w:val="001C2B94"/>
    <w:rsid w:val="001F6D5A"/>
    <w:rsid w:val="001F718D"/>
    <w:rsid w:val="002148C0"/>
    <w:rsid w:val="00257006"/>
    <w:rsid w:val="002609A2"/>
    <w:rsid w:val="002869E7"/>
    <w:rsid w:val="0029639D"/>
    <w:rsid w:val="002D586F"/>
    <w:rsid w:val="002D7C34"/>
    <w:rsid w:val="003044A2"/>
    <w:rsid w:val="00320D99"/>
    <w:rsid w:val="00326F90"/>
    <w:rsid w:val="00365869"/>
    <w:rsid w:val="0038102B"/>
    <w:rsid w:val="00392D99"/>
    <w:rsid w:val="00393199"/>
    <w:rsid w:val="003B20CF"/>
    <w:rsid w:val="00400B14"/>
    <w:rsid w:val="0040411F"/>
    <w:rsid w:val="00427F36"/>
    <w:rsid w:val="004548AF"/>
    <w:rsid w:val="00475B98"/>
    <w:rsid w:val="004D3F78"/>
    <w:rsid w:val="00503B92"/>
    <w:rsid w:val="005079DF"/>
    <w:rsid w:val="0054066B"/>
    <w:rsid w:val="005F72F5"/>
    <w:rsid w:val="0062354E"/>
    <w:rsid w:val="00623C07"/>
    <w:rsid w:val="00653B1F"/>
    <w:rsid w:val="0067362A"/>
    <w:rsid w:val="006A4574"/>
    <w:rsid w:val="006C7905"/>
    <w:rsid w:val="006E753E"/>
    <w:rsid w:val="006F2FFC"/>
    <w:rsid w:val="006F58B6"/>
    <w:rsid w:val="007C1923"/>
    <w:rsid w:val="007C5B3B"/>
    <w:rsid w:val="007D3779"/>
    <w:rsid w:val="007D6080"/>
    <w:rsid w:val="007E00D6"/>
    <w:rsid w:val="00813E62"/>
    <w:rsid w:val="00841CB9"/>
    <w:rsid w:val="00845C9B"/>
    <w:rsid w:val="008668B8"/>
    <w:rsid w:val="008821D2"/>
    <w:rsid w:val="008A696B"/>
    <w:rsid w:val="008B4A11"/>
    <w:rsid w:val="008C2685"/>
    <w:rsid w:val="008C3A28"/>
    <w:rsid w:val="008C3F82"/>
    <w:rsid w:val="00901538"/>
    <w:rsid w:val="0096067D"/>
    <w:rsid w:val="009658BD"/>
    <w:rsid w:val="00992822"/>
    <w:rsid w:val="009D7C11"/>
    <w:rsid w:val="009F00B3"/>
    <w:rsid w:val="00A50EE2"/>
    <w:rsid w:val="00A57D7E"/>
    <w:rsid w:val="00AA1D8D"/>
    <w:rsid w:val="00AD72D5"/>
    <w:rsid w:val="00AE7C0E"/>
    <w:rsid w:val="00B47182"/>
    <w:rsid w:val="00B47730"/>
    <w:rsid w:val="00BB23DD"/>
    <w:rsid w:val="00BE1A0D"/>
    <w:rsid w:val="00BE722A"/>
    <w:rsid w:val="00BF62D4"/>
    <w:rsid w:val="00C409A9"/>
    <w:rsid w:val="00C52E39"/>
    <w:rsid w:val="00C65ABA"/>
    <w:rsid w:val="00CB0664"/>
    <w:rsid w:val="00CE21F8"/>
    <w:rsid w:val="00CF4687"/>
    <w:rsid w:val="00CF582B"/>
    <w:rsid w:val="00D1244B"/>
    <w:rsid w:val="00DA134B"/>
    <w:rsid w:val="00DD78DA"/>
    <w:rsid w:val="00E33785"/>
    <w:rsid w:val="00E6734F"/>
    <w:rsid w:val="00EE7A36"/>
    <w:rsid w:val="00EF2000"/>
    <w:rsid w:val="00F16A91"/>
    <w:rsid w:val="00F26D12"/>
    <w:rsid w:val="00F37FB8"/>
    <w:rsid w:val="00F45B94"/>
    <w:rsid w:val="00F467FD"/>
    <w:rsid w:val="00F630D1"/>
    <w:rsid w:val="00F6592C"/>
    <w:rsid w:val="00F7154F"/>
    <w:rsid w:val="00F741A3"/>
    <w:rsid w:val="00FC693F"/>
    <w:rsid w:val="00FE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73016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RESLA_Header"/>
    <w:basedOn w:val="Normal"/>
    <w:link w:val="HeaderChar"/>
    <w:uiPriority w:val="99"/>
    <w:unhideWhenUsed/>
    <w:qFormat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RESLA_Header Char"/>
    <w:basedOn w:val="DefaultParagraphFont"/>
    <w:link w:val="Header"/>
    <w:uiPriority w:val="99"/>
    <w:rsid w:val="00E618BF"/>
  </w:style>
  <w:style w:type="paragraph" w:styleId="Footer">
    <w:name w:val="footer"/>
    <w:aliases w:val="RESLA_Footer"/>
    <w:basedOn w:val="Normal"/>
    <w:link w:val="FooterChar"/>
    <w:uiPriority w:val="99"/>
    <w:unhideWhenUsed/>
    <w:qFormat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RESLA_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LAARTTitleEN">
    <w:name w:val="RESLA_ART_Title_EN"/>
    <w:basedOn w:val="Normal"/>
    <w:rsid w:val="00901538"/>
    <w:pPr>
      <w:keepNext/>
      <w:spacing w:after="120" w:line="240" w:lineRule="auto"/>
      <w:jc w:val="center"/>
    </w:pPr>
    <w:rPr>
      <w:rFonts w:ascii="Noto Sans" w:hAnsi="Noto Sans" w:cs="Noto Sans"/>
      <w:b/>
      <w:sz w:val="36"/>
      <w:lang w:val="es-ES"/>
    </w:rPr>
  </w:style>
  <w:style w:type="paragraph" w:customStyle="1" w:styleId="RESLAARTByline">
    <w:name w:val="RESLA_ART_Byline"/>
    <w:basedOn w:val="Normal"/>
    <w:qFormat/>
    <w:pPr>
      <w:spacing w:after="0"/>
      <w:jc w:val="center"/>
    </w:pPr>
    <w:rPr>
      <w:rFonts w:ascii="Cambria" w:hAnsi="Cambria"/>
      <w:smallCaps/>
      <w:sz w:val="24"/>
    </w:rPr>
  </w:style>
  <w:style w:type="paragraph" w:customStyle="1" w:styleId="RESLAARTAffiliation">
    <w:name w:val="RESLA_ART_Affiliation"/>
    <w:basedOn w:val="Normal"/>
    <w:qFormat/>
    <w:pPr>
      <w:spacing w:after="120"/>
      <w:jc w:val="center"/>
    </w:pPr>
    <w:rPr>
      <w:rFonts w:ascii="Cambria" w:hAnsi="Cambria"/>
      <w:sz w:val="21"/>
    </w:rPr>
  </w:style>
  <w:style w:type="paragraph" w:customStyle="1" w:styleId="RESLAABSLabel">
    <w:name w:val="RESLA_ABS_Label"/>
    <w:basedOn w:val="Normal"/>
    <w:rsid w:val="00901538"/>
    <w:pPr>
      <w:spacing w:after="0"/>
    </w:pPr>
    <w:rPr>
      <w:rFonts w:ascii="Noto Sans" w:hAnsi="Noto Sans" w:cs="Noto Sans"/>
      <w:b/>
      <w:smallCaps/>
      <w:sz w:val="21"/>
      <w:lang w:val="es-ES"/>
    </w:rPr>
  </w:style>
  <w:style w:type="paragraph" w:customStyle="1" w:styleId="RESLAABSText">
    <w:name w:val="RESLA_ABS_Text"/>
    <w:basedOn w:val="Normal"/>
    <w:qFormat/>
    <w:rsid w:val="005F72F5"/>
    <w:pPr>
      <w:spacing w:after="120" w:line="240" w:lineRule="auto"/>
      <w:jc w:val="both"/>
    </w:pPr>
    <w:rPr>
      <w:rFonts w:ascii="Cambria" w:hAnsi="Cambria"/>
      <w:sz w:val="21"/>
      <w:lang w:val="es-ES"/>
    </w:rPr>
  </w:style>
  <w:style w:type="paragraph" w:customStyle="1" w:styleId="RESLAKEYLabelEN">
    <w:name w:val="RESLA_KEY_Label_EN"/>
    <w:basedOn w:val="Normal"/>
    <w:qFormat/>
    <w:rsid w:val="00901538"/>
    <w:pPr>
      <w:tabs>
        <w:tab w:val="left" w:pos="3431"/>
      </w:tabs>
      <w:spacing w:after="0"/>
    </w:pPr>
    <w:rPr>
      <w:rFonts w:ascii="Noto Sans" w:hAnsi="Noto Sans" w:cs="Noto Sans"/>
      <w:b/>
      <w:smallCaps/>
      <w:sz w:val="21"/>
    </w:rPr>
  </w:style>
  <w:style w:type="paragraph" w:customStyle="1" w:styleId="RESLAKEYLineEN">
    <w:name w:val="RESLA_KEY_Line_EN"/>
    <w:basedOn w:val="Normal"/>
    <w:qFormat/>
    <w:pPr>
      <w:spacing w:after="240"/>
      <w:jc w:val="both"/>
    </w:pPr>
    <w:rPr>
      <w:rFonts w:ascii="Cambria" w:hAnsi="Cambria"/>
      <w:sz w:val="21"/>
    </w:rPr>
  </w:style>
  <w:style w:type="paragraph" w:customStyle="1" w:styleId="RESLAARTTitleES">
    <w:name w:val="RESLA_ART_Title_ES"/>
    <w:basedOn w:val="Normal"/>
    <w:qFormat/>
    <w:rsid w:val="00901538"/>
    <w:pPr>
      <w:keepNext/>
      <w:spacing w:after="120" w:line="240" w:lineRule="auto"/>
      <w:jc w:val="center"/>
    </w:pPr>
    <w:rPr>
      <w:rFonts w:ascii="Noto Sans" w:hAnsi="Noto Sans" w:cs="Noto Sans"/>
      <w:b/>
      <w:bCs/>
      <w:iCs/>
      <w:sz w:val="28"/>
      <w:lang w:val="en-GB"/>
    </w:rPr>
  </w:style>
  <w:style w:type="paragraph" w:customStyle="1" w:styleId="RESLAKEYLabelES">
    <w:name w:val="RESLA_KEY_Label_ES"/>
    <w:basedOn w:val="Normal"/>
    <w:qFormat/>
    <w:rsid w:val="00901538"/>
    <w:pPr>
      <w:spacing w:after="0"/>
    </w:pPr>
    <w:rPr>
      <w:rFonts w:ascii="Noto Sans" w:hAnsi="Noto Sans" w:cs="Noto Sans"/>
      <w:b/>
      <w:smallCaps/>
      <w:sz w:val="21"/>
      <w:lang w:val="es-ES"/>
    </w:rPr>
  </w:style>
  <w:style w:type="paragraph" w:customStyle="1" w:styleId="KEYLineES">
    <w:name w:val="KEY_Line_ES"/>
    <w:basedOn w:val="Normal"/>
    <w:pPr>
      <w:spacing w:after="240"/>
      <w:jc w:val="both"/>
    </w:pPr>
    <w:rPr>
      <w:rFonts w:ascii="Cambria" w:hAnsi="Cambria"/>
      <w:sz w:val="21"/>
    </w:rPr>
  </w:style>
  <w:style w:type="paragraph" w:customStyle="1" w:styleId="RESLATXTBody">
    <w:name w:val="RESLA_TXT_Body"/>
    <w:basedOn w:val="Normal"/>
    <w:qFormat/>
    <w:pPr>
      <w:spacing w:after="120"/>
      <w:jc w:val="both"/>
    </w:pPr>
    <w:rPr>
      <w:rFonts w:ascii="Cambria" w:hAnsi="Cambria"/>
    </w:rPr>
  </w:style>
  <w:style w:type="paragraph" w:customStyle="1" w:styleId="RESLAH1Section">
    <w:name w:val="RESLA_H1_Section"/>
    <w:basedOn w:val="Normal"/>
    <w:qFormat/>
    <w:rsid w:val="00E33785"/>
    <w:pPr>
      <w:keepNext/>
      <w:spacing w:before="240" w:after="120"/>
    </w:pPr>
    <w:rPr>
      <w:rFonts w:ascii="Noto Sans" w:hAnsi="Noto Sans" w:cs="Noto Sans"/>
      <w:b/>
      <w:sz w:val="24"/>
      <w:lang w:val="es-ES"/>
    </w:rPr>
  </w:style>
  <w:style w:type="paragraph" w:customStyle="1" w:styleId="RESLAH2Subsection">
    <w:name w:val="RESLA_H2_Subsection"/>
    <w:basedOn w:val="RESLAH1Section"/>
    <w:next w:val="RESLATXTBody"/>
    <w:qFormat/>
    <w:rsid w:val="00EE7A36"/>
    <w:rPr>
      <w:sz w:val="22"/>
      <w:szCs w:val="21"/>
    </w:rPr>
  </w:style>
  <w:style w:type="paragraph" w:customStyle="1" w:styleId="RESLAH3Subsub">
    <w:name w:val="RESLA_H3_Subsub"/>
    <w:basedOn w:val="Normal"/>
    <w:qFormat/>
    <w:rsid w:val="00E33785"/>
    <w:pPr>
      <w:keepNext/>
      <w:spacing w:before="180" w:after="0"/>
    </w:pPr>
    <w:rPr>
      <w:rFonts w:ascii="Noto Sans" w:hAnsi="Noto Sans" w:cs="Noto Sans"/>
      <w:i/>
      <w:lang w:val="es-ES"/>
    </w:rPr>
  </w:style>
  <w:style w:type="paragraph" w:customStyle="1" w:styleId="QUOTEBlock">
    <w:name w:val="QUOTE_Block"/>
    <w:basedOn w:val="Normal"/>
    <w:pPr>
      <w:spacing w:before="120" w:after="120"/>
      <w:ind w:left="425"/>
      <w:jc w:val="both"/>
    </w:pPr>
    <w:rPr>
      <w:rFonts w:ascii="Cambria" w:hAnsi="Cambria"/>
      <w:sz w:val="20"/>
    </w:rPr>
  </w:style>
  <w:style w:type="paragraph" w:customStyle="1" w:styleId="LSTNumbered">
    <w:name w:val="LST_Numbered"/>
    <w:basedOn w:val="Normal"/>
    <w:pPr>
      <w:spacing w:after="120"/>
      <w:ind w:left="425"/>
      <w:jc w:val="both"/>
    </w:pPr>
    <w:rPr>
      <w:rFonts w:ascii="Cambria" w:hAnsi="Cambria"/>
    </w:rPr>
  </w:style>
  <w:style w:type="paragraph" w:customStyle="1" w:styleId="EQUFormula">
    <w:name w:val="EQU_Formula"/>
    <w:basedOn w:val="Normal"/>
    <w:pPr>
      <w:spacing w:before="120" w:after="120"/>
      <w:jc w:val="center"/>
    </w:pPr>
    <w:rPr>
      <w:rFonts w:ascii="Cambria" w:hAnsi="Cambria"/>
    </w:rPr>
  </w:style>
  <w:style w:type="paragraph" w:customStyle="1" w:styleId="RESLACAPFigure">
    <w:name w:val="RESLA_CAP_Figure"/>
    <w:basedOn w:val="Normal"/>
    <w:qFormat/>
    <w:rsid w:val="006E753E"/>
    <w:pPr>
      <w:spacing w:before="120" w:after="360"/>
      <w:jc w:val="both"/>
    </w:pPr>
    <w:rPr>
      <w:rFonts w:ascii="Cambria" w:hAnsi="Cambria"/>
      <w:bCs/>
      <w:i/>
      <w:sz w:val="20"/>
      <w:szCs w:val="20"/>
      <w:lang w:val="es-ES"/>
    </w:rPr>
  </w:style>
  <w:style w:type="paragraph" w:customStyle="1" w:styleId="RESLACAPTable">
    <w:name w:val="RESLA_CAP_Table"/>
    <w:basedOn w:val="Normal"/>
    <w:qFormat/>
    <w:rsid w:val="0040411F"/>
    <w:pPr>
      <w:spacing w:before="360" w:after="120"/>
      <w:jc w:val="both"/>
    </w:pPr>
    <w:rPr>
      <w:rFonts w:ascii="Cambria" w:hAnsi="Cambria"/>
      <w:bCs/>
      <w:i/>
      <w:iCs/>
      <w:sz w:val="20"/>
      <w:lang w:val="es-ES"/>
    </w:rPr>
  </w:style>
  <w:style w:type="paragraph" w:customStyle="1" w:styleId="TABNote">
    <w:name w:val="TAB_Note"/>
    <w:basedOn w:val="Normal"/>
    <w:rsid w:val="008C3F82"/>
    <w:pPr>
      <w:spacing w:before="60" w:after="0" w:line="240" w:lineRule="auto"/>
      <w:jc w:val="both"/>
    </w:pPr>
    <w:rPr>
      <w:rFonts w:ascii="Cambria" w:hAnsi="Cambria"/>
      <w:sz w:val="18"/>
    </w:rPr>
  </w:style>
  <w:style w:type="paragraph" w:customStyle="1" w:styleId="RESLAACKText">
    <w:name w:val="RESLA_ACK_Text"/>
    <w:basedOn w:val="Normal"/>
    <w:qFormat/>
    <w:pPr>
      <w:spacing w:before="240" w:after="120"/>
      <w:jc w:val="both"/>
    </w:pPr>
    <w:rPr>
      <w:rFonts w:ascii="Cambria" w:hAnsi="Cambria"/>
      <w:sz w:val="21"/>
    </w:rPr>
  </w:style>
  <w:style w:type="paragraph" w:customStyle="1" w:styleId="REFHeading">
    <w:name w:val="REF_Heading"/>
    <w:basedOn w:val="Normal"/>
    <w:pPr>
      <w:spacing w:before="240" w:after="120"/>
    </w:pPr>
    <w:rPr>
      <w:rFonts w:ascii="Cambria" w:hAnsi="Cambria"/>
      <w:b/>
      <w:smallCaps/>
      <w:sz w:val="24"/>
    </w:rPr>
  </w:style>
  <w:style w:type="paragraph" w:customStyle="1" w:styleId="RESLAREFEntry">
    <w:name w:val="RESLA_REF_Entry"/>
    <w:basedOn w:val="Normal"/>
    <w:qFormat/>
    <w:rsid w:val="006E753E"/>
    <w:pPr>
      <w:spacing w:after="120"/>
      <w:ind w:left="720" w:hanging="720"/>
      <w:jc w:val="both"/>
    </w:pPr>
    <w:rPr>
      <w:rFonts w:ascii="Cambria" w:hAnsi="Cambria"/>
      <w:sz w:val="21"/>
    </w:rPr>
  </w:style>
  <w:style w:type="paragraph" w:customStyle="1" w:styleId="APPHeading">
    <w:name w:val="APP_Heading"/>
    <w:basedOn w:val="Normal"/>
    <w:pPr>
      <w:spacing w:before="240" w:after="120"/>
    </w:pPr>
    <w:rPr>
      <w:rFonts w:ascii="Cambria" w:hAnsi="Cambria"/>
      <w:b/>
      <w:sz w:val="24"/>
    </w:rPr>
  </w:style>
  <w:style w:type="paragraph" w:styleId="FootnoteText">
    <w:name w:val="footnote text"/>
    <w:aliases w:val="RESLA_Footnote Text"/>
    <w:basedOn w:val="Normal"/>
    <w:link w:val="FootnoteTextChar"/>
    <w:uiPriority w:val="99"/>
    <w:unhideWhenUsed/>
    <w:qFormat/>
    <w:rsid w:val="006E753E"/>
    <w:pPr>
      <w:spacing w:after="0" w:line="240" w:lineRule="auto"/>
      <w:jc w:val="both"/>
    </w:pPr>
    <w:rPr>
      <w:rFonts w:eastAsiaTheme="minorHAnsi"/>
      <w:sz w:val="20"/>
      <w:szCs w:val="20"/>
      <w:lang w:val="es-ES"/>
    </w:rPr>
  </w:style>
  <w:style w:type="character" w:customStyle="1" w:styleId="FootnoteTextChar">
    <w:name w:val="Footnote Text Char"/>
    <w:aliases w:val="RESLA_Footnote Text Char"/>
    <w:basedOn w:val="DefaultParagraphFont"/>
    <w:link w:val="FootnoteText"/>
    <w:uiPriority w:val="99"/>
    <w:rsid w:val="006E753E"/>
    <w:rPr>
      <w:rFonts w:eastAsiaTheme="minorHAnsi"/>
      <w:sz w:val="20"/>
      <w:szCs w:val="20"/>
      <w:lang w:val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8C2685"/>
    <w:rPr>
      <w:vertAlign w:val="superscript"/>
    </w:rPr>
  </w:style>
  <w:style w:type="character" w:customStyle="1" w:styleId="cf01">
    <w:name w:val="cf01"/>
    <w:basedOn w:val="DefaultParagraphFont"/>
    <w:rsid w:val="00F467F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467FD"/>
    <w:rPr>
      <w:rFonts w:ascii="Segoe UI" w:hAnsi="Segoe UI" w:cs="Segoe UI" w:hint="default"/>
      <w:i/>
      <w:iCs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845C9B"/>
    <w:rPr>
      <w:rFonts w:ascii="Cambria" w:hAnsi="Cambria"/>
      <w:color w:val="215868" w:themeColor="accent5" w:themeShade="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2D5"/>
    <w:rPr>
      <w:color w:val="605E5C"/>
      <w:shd w:val="clear" w:color="auto" w:fill="E1DFDD"/>
    </w:rPr>
  </w:style>
  <w:style w:type="paragraph" w:customStyle="1" w:styleId="RESLATXTTable">
    <w:name w:val="RESLA_TXT_Table"/>
    <w:basedOn w:val="RESLATXTBody"/>
    <w:qFormat/>
    <w:rsid w:val="00026D7F"/>
    <w:pPr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20"/>
      <w:lang w:eastAsia="es-ES"/>
    </w:rPr>
  </w:style>
  <w:style w:type="paragraph" w:customStyle="1" w:styleId="RESLAnormal">
    <w:name w:val="RESLA_normal"/>
    <w:qFormat/>
    <w:rsid w:val="00CF582B"/>
    <w:pPr>
      <w:spacing w:after="0" w:line="280" w:lineRule="exact"/>
      <w:jc w:val="both"/>
    </w:pPr>
    <w:rPr>
      <w:rFonts w:ascii="Times New Roman" w:hAnsi="Times New Roman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E6734F"/>
  </w:style>
  <w:style w:type="paragraph" w:customStyle="1" w:styleId="RESLATXTBodyAfterExample">
    <w:name w:val="RESLA_TXT_Body_After_Example"/>
    <w:basedOn w:val="RESLATXTBody"/>
    <w:next w:val="RESLATXTBody"/>
    <w:qFormat/>
    <w:rsid w:val="00BE1A0D"/>
    <w:pPr>
      <w:spacing w:before="240"/>
    </w:pPr>
    <w:rPr>
      <w:lang w:val="es-ES"/>
    </w:rPr>
  </w:style>
  <w:style w:type="paragraph" w:customStyle="1" w:styleId="RESLAExample">
    <w:name w:val="RESLA_Example"/>
    <w:basedOn w:val="Normal"/>
    <w:qFormat/>
    <w:rsid w:val="003B20CF"/>
    <w:pPr>
      <w:spacing w:after="0" w:line="240" w:lineRule="auto"/>
    </w:pPr>
    <w:rPr>
      <w:rFonts w:ascii="Cambria" w:hAnsi="Cambria" w:cs="Times New Roman"/>
      <w:sz w:val="20"/>
      <w:szCs w:val="20"/>
      <w:lang w:val="es-ES"/>
    </w:rPr>
  </w:style>
  <w:style w:type="paragraph" w:customStyle="1" w:styleId="p1">
    <w:name w:val="p1"/>
    <w:basedOn w:val="Normal"/>
    <w:rsid w:val="000C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_t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RESLA_Journal_Template_Default 1.dotx</Template>
  <TotalTime>0</TotalTime>
  <Pages>4</Pages>
  <Words>272</Words>
  <Characters>1636</Characters>
  <Application>Microsoft Office Word</Application>
  <DocSecurity>0</DocSecurity>
  <Lines>25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>generated by python-docx</dc:description>
  <cp:lastModifiedBy>Reviewer</cp:lastModifiedBy>
  <cp:revision>2</cp:revision>
  <cp:lastPrinted>2025-10-19T22:35:00Z</cp:lastPrinted>
  <dcterms:created xsi:type="dcterms:W3CDTF">2025-10-23T09:35:00Z</dcterms:created>
  <dcterms:modified xsi:type="dcterms:W3CDTF">2025-10-23T09:35:00Z</dcterms:modified>
  <cp:category/>
</cp:coreProperties>
</file>